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904C5" w:rsidRPr="002042FA" w:rsidRDefault="00000000" w:rsidP="002042FA">
      <w:pPr>
        <w:jc w:val="center"/>
        <w:rPr>
          <w:rFonts w:cs="Times New Roman"/>
          <w:szCs w:val="28"/>
          <w:lang w:val="ru-RU"/>
        </w:rPr>
      </w:pPr>
      <w:proofErr w:type="spellStart"/>
      <w:r w:rsidRPr="002042FA">
        <w:rPr>
          <w:rFonts w:cs="Times New Roman"/>
          <w:szCs w:val="28"/>
          <w:lang w:val="ru-RU"/>
        </w:rPr>
        <w:t>Узагальнюючі</w:t>
      </w:r>
      <w:proofErr w:type="spellEnd"/>
      <w:r w:rsidRPr="002042FA">
        <w:rPr>
          <w:rFonts w:cs="Times New Roman"/>
          <w:szCs w:val="28"/>
          <w:lang w:val="ru-RU"/>
        </w:rPr>
        <w:t xml:space="preserve"> </w:t>
      </w:r>
      <w:proofErr w:type="spellStart"/>
      <w:r w:rsidRPr="002042FA">
        <w:rPr>
          <w:rFonts w:cs="Times New Roman"/>
          <w:szCs w:val="28"/>
          <w:lang w:val="ru-RU"/>
        </w:rPr>
        <w:t>діаграми</w:t>
      </w:r>
      <w:proofErr w:type="spellEnd"/>
      <w:r w:rsidRPr="002042FA">
        <w:rPr>
          <w:rFonts w:cs="Times New Roman"/>
          <w:szCs w:val="28"/>
          <w:lang w:val="ru-RU"/>
        </w:rPr>
        <w:t xml:space="preserve"> за результатами </w:t>
      </w:r>
      <w:proofErr w:type="spellStart"/>
      <w:r w:rsidRPr="002042FA">
        <w:rPr>
          <w:rFonts w:cs="Times New Roman"/>
          <w:szCs w:val="28"/>
          <w:lang w:val="ru-RU"/>
        </w:rPr>
        <w:t>опитування</w:t>
      </w:r>
      <w:proofErr w:type="spellEnd"/>
      <w:r w:rsidRPr="002042FA">
        <w:rPr>
          <w:rFonts w:cs="Times New Roman"/>
          <w:szCs w:val="28"/>
          <w:lang w:val="ru-RU"/>
        </w:rPr>
        <w:t xml:space="preserve"> </w:t>
      </w:r>
      <w:proofErr w:type="spellStart"/>
      <w:r w:rsidRPr="002042FA">
        <w:rPr>
          <w:rFonts w:cs="Times New Roman"/>
          <w:szCs w:val="28"/>
          <w:lang w:val="ru-RU"/>
        </w:rPr>
        <w:t>роботодавців</w:t>
      </w:r>
      <w:proofErr w:type="spellEnd"/>
    </w:p>
    <w:p w:rsidR="002042FA" w:rsidRPr="002042FA" w:rsidRDefault="00000000" w:rsidP="002042FA">
      <w:pPr>
        <w:jc w:val="center"/>
        <w:rPr>
          <w:rFonts w:cs="Times New Roman"/>
          <w:szCs w:val="28"/>
          <w:lang w:val="ru-RU"/>
        </w:rPr>
      </w:pPr>
      <w:proofErr w:type="spellStart"/>
      <w:r w:rsidRPr="002042FA">
        <w:rPr>
          <w:rFonts w:cs="Times New Roman"/>
          <w:szCs w:val="28"/>
          <w:lang w:val="ru-RU"/>
        </w:rPr>
        <w:t>Освітня</w:t>
      </w:r>
      <w:proofErr w:type="spellEnd"/>
      <w:r w:rsidRPr="002042FA">
        <w:rPr>
          <w:rFonts w:cs="Times New Roman"/>
          <w:szCs w:val="28"/>
          <w:lang w:val="ru-RU"/>
        </w:rPr>
        <w:t xml:space="preserve"> </w:t>
      </w:r>
      <w:proofErr w:type="spellStart"/>
      <w:r w:rsidRPr="002042FA">
        <w:rPr>
          <w:rFonts w:cs="Times New Roman"/>
          <w:szCs w:val="28"/>
          <w:lang w:val="ru-RU"/>
        </w:rPr>
        <w:t>програма</w:t>
      </w:r>
      <w:proofErr w:type="spellEnd"/>
      <w:r w:rsidRPr="002042FA">
        <w:rPr>
          <w:rFonts w:cs="Times New Roman"/>
          <w:szCs w:val="28"/>
          <w:lang w:val="ru-RU"/>
        </w:rPr>
        <w:t>: (073/</w:t>
      </w:r>
      <w:r w:rsidRPr="002042FA">
        <w:rPr>
          <w:rFonts w:cs="Times New Roman"/>
          <w:szCs w:val="28"/>
        </w:rPr>
        <w:t>D</w:t>
      </w:r>
      <w:r w:rsidRPr="002042FA">
        <w:rPr>
          <w:rFonts w:cs="Times New Roman"/>
          <w:szCs w:val="28"/>
          <w:lang w:val="ru-RU"/>
        </w:rPr>
        <w:t>3) Менеджмент</w:t>
      </w:r>
    </w:p>
    <w:p w:rsidR="002042FA" w:rsidRPr="002042FA" w:rsidRDefault="00000000" w:rsidP="002042FA">
      <w:pPr>
        <w:spacing w:line="240" w:lineRule="auto"/>
        <w:rPr>
          <w:rFonts w:cs="Times New Roman"/>
          <w:b w:val="0"/>
          <w:bCs/>
          <w:szCs w:val="28"/>
          <w:lang w:val="ru-RU"/>
        </w:rPr>
      </w:pPr>
      <w:proofErr w:type="spellStart"/>
      <w:r w:rsidRPr="002042FA">
        <w:rPr>
          <w:rFonts w:cs="Times New Roman"/>
          <w:b w:val="0"/>
          <w:bCs/>
          <w:szCs w:val="28"/>
          <w:lang w:val="ru-RU"/>
        </w:rPr>
        <w:t>Кількість</w:t>
      </w:r>
      <w:proofErr w:type="spellEnd"/>
      <w:r w:rsidRPr="002042FA">
        <w:rPr>
          <w:rFonts w:cs="Times New Roman"/>
          <w:b w:val="0"/>
          <w:bCs/>
          <w:szCs w:val="28"/>
          <w:lang w:val="ru-RU"/>
        </w:rPr>
        <w:t xml:space="preserve"> </w:t>
      </w:r>
      <w:proofErr w:type="spellStart"/>
      <w:r w:rsidRPr="002042FA">
        <w:rPr>
          <w:rFonts w:cs="Times New Roman"/>
          <w:b w:val="0"/>
          <w:bCs/>
          <w:szCs w:val="28"/>
          <w:lang w:val="ru-RU"/>
        </w:rPr>
        <w:t>респондентів</w:t>
      </w:r>
      <w:proofErr w:type="spellEnd"/>
      <w:r w:rsidRPr="002042FA">
        <w:rPr>
          <w:rFonts w:cs="Times New Roman"/>
          <w:b w:val="0"/>
          <w:bCs/>
          <w:szCs w:val="28"/>
          <w:lang w:val="ru-RU"/>
        </w:rPr>
        <w:t xml:space="preserve">: 4 </w:t>
      </w:r>
    </w:p>
    <w:p w:rsidR="005904C5" w:rsidRPr="002042FA" w:rsidRDefault="00000000" w:rsidP="002042FA">
      <w:pPr>
        <w:spacing w:line="240" w:lineRule="auto"/>
        <w:rPr>
          <w:rFonts w:cs="Times New Roman"/>
          <w:b w:val="0"/>
          <w:bCs/>
          <w:szCs w:val="28"/>
          <w:lang w:val="ru-RU"/>
        </w:rPr>
      </w:pPr>
      <w:proofErr w:type="spellStart"/>
      <w:r w:rsidRPr="002042FA">
        <w:rPr>
          <w:rFonts w:cs="Times New Roman"/>
          <w:b w:val="0"/>
          <w:bCs/>
          <w:szCs w:val="28"/>
          <w:lang w:val="ru-RU"/>
        </w:rPr>
        <w:t>Період</w:t>
      </w:r>
      <w:proofErr w:type="spellEnd"/>
      <w:r w:rsidRPr="002042FA">
        <w:rPr>
          <w:rFonts w:cs="Times New Roman"/>
          <w:b w:val="0"/>
          <w:bCs/>
          <w:szCs w:val="28"/>
          <w:lang w:val="ru-RU"/>
        </w:rPr>
        <w:t xml:space="preserve"> </w:t>
      </w:r>
      <w:proofErr w:type="spellStart"/>
      <w:r w:rsidRPr="002042FA">
        <w:rPr>
          <w:rFonts w:cs="Times New Roman"/>
          <w:b w:val="0"/>
          <w:bCs/>
          <w:szCs w:val="28"/>
          <w:lang w:val="ru-RU"/>
        </w:rPr>
        <w:t>опитування</w:t>
      </w:r>
      <w:proofErr w:type="spellEnd"/>
      <w:r w:rsidRPr="002042FA">
        <w:rPr>
          <w:rFonts w:cs="Times New Roman"/>
          <w:b w:val="0"/>
          <w:bCs/>
          <w:szCs w:val="28"/>
          <w:lang w:val="ru-RU"/>
        </w:rPr>
        <w:t>: весна 2026 року</w:t>
      </w:r>
    </w:p>
    <w:p w:rsidR="002042FA" w:rsidRDefault="002042FA" w:rsidP="002042FA">
      <w:pPr>
        <w:rPr>
          <w:lang w:val="ru-RU"/>
        </w:rPr>
      </w:pPr>
    </w:p>
    <w:p w:rsidR="005904C5" w:rsidRPr="002042FA" w:rsidRDefault="00000000" w:rsidP="002042FA">
      <w:pPr>
        <w:rPr>
          <w:lang w:val="ru-RU"/>
        </w:rPr>
      </w:pPr>
      <w:proofErr w:type="spellStart"/>
      <w:r w:rsidRPr="002042FA">
        <w:rPr>
          <w:lang w:val="ru-RU"/>
        </w:rPr>
        <w:t>Якість</w:t>
      </w:r>
      <w:proofErr w:type="spellEnd"/>
      <w:r w:rsidRPr="002042FA">
        <w:rPr>
          <w:lang w:val="ru-RU"/>
        </w:rPr>
        <w:t xml:space="preserve"> </w:t>
      </w:r>
      <w:proofErr w:type="spellStart"/>
      <w:r w:rsidRPr="002042FA">
        <w:rPr>
          <w:lang w:val="ru-RU"/>
        </w:rPr>
        <w:t>підготовки</w:t>
      </w:r>
      <w:proofErr w:type="spellEnd"/>
    </w:p>
    <w:p w:rsidR="005904C5" w:rsidRDefault="00000000">
      <w:r>
        <w:rPr>
          <w:noProof/>
        </w:rPr>
        <w:drawing>
          <wp:inline distT="0" distB="0" distL="0" distR="0">
            <wp:extent cx="6126480" cy="33930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339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04C5" w:rsidRDefault="00000000" w:rsidP="002042FA">
      <w:r>
        <w:t>Додаткове навчання</w:t>
      </w:r>
    </w:p>
    <w:p w:rsidR="005904C5" w:rsidRDefault="00000000">
      <w:r>
        <w:rPr>
          <w:noProof/>
        </w:rPr>
        <w:lastRenderedPageBreak/>
        <w:drawing>
          <wp:inline distT="0" distB="0" distL="0" distR="0">
            <wp:extent cx="6126480" cy="340023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3400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04C5" w:rsidRDefault="00000000" w:rsidP="002042FA">
      <w:r>
        <w:t>Актуальність для розвитку технологій</w:t>
      </w:r>
    </w:p>
    <w:p w:rsidR="005904C5" w:rsidRDefault="00000000">
      <w:r>
        <w:rPr>
          <w:noProof/>
        </w:rPr>
        <w:drawing>
          <wp:inline distT="0" distB="0" distL="0" distR="0">
            <wp:extent cx="6126480" cy="33930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339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42FA" w:rsidRDefault="002042FA" w:rsidP="002042FA">
      <w:pPr>
        <w:rPr>
          <w:lang w:val="uk-UA"/>
        </w:rPr>
      </w:pPr>
    </w:p>
    <w:p w:rsidR="002042FA" w:rsidRDefault="002042FA" w:rsidP="002042FA">
      <w:pPr>
        <w:rPr>
          <w:lang w:val="uk-UA"/>
        </w:rPr>
      </w:pPr>
    </w:p>
    <w:p w:rsidR="005904C5" w:rsidRDefault="00000000" w:rsidP="002042FA">
      <w:proofErr w:type="spellStart"/>
      <w:r>
        <w:lastRenderedPageBreak/>
        <w:t>Актуальність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ринку</w:t>
      </w:r>
      <w:proofErr w:type="spellEnd"/>
      <w:r>
        <w:t xml:space="preserve"> </w:t>
      </w:r>
      <w:proofErr w:type="spellStart"/>
      <w:r>
        <w:t>праці</w:t>
      </w:r>
      <w:proofErr w:type="spellEnd"/>
    </w:p>
    <w:p w:rsidR="005904C5" w:rsidRDefault="00000000">
      <w:r>
        <w:rPr>
          <w:noProof/>
        </w:rPr>
        <w:drawing>
          <wp:inline distT="0" distB="0" distL="0" distR="0">
            <wp:extent cx="6126480" cy="339306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339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04C5" w:rsidRDefault="00000000" w:rsidP="002042FA">
      <w:r>
        <w:t>Відповідність вимогам організацій</w:t>
      </w:r>
    </w:p>
    <w:p w:rsidR="005904C5" w:rsidRDefault="00000000">
      <w:r>
        <w:rPr>
          <w:noProof/>
        </w:rPr>
        <w:drawing>
          <wp:inline distT="0" distB="0" distL="0" distR="0">
            <wp:extent cx="6126480" cy="339306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339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42FA" w:rsidRDefault="002042FA" w:rsidP="002042FA">
      <w:pPr>
        <w:rPr>
          <w:lang w:val="uk-UA"/>
        </w:rPr>
      </w:pPr>
    </w:p>
    <w:p w:rsidR="005904C5" w:rsidRDefault="00000000" w:rsidP="002042FA">
      <w:proofErr w:type="spellStart"/>
      <w:r>
        <w:lastRenderedPageBreak/>
        <w:t>Підтримка</w:t>
      </w:r>
      <w:proofErr w:type="spellEnd"/>
      <w:r>
        <w:t xml:space="preserve"> </w:t>
      </w:r>
      <w:proofErr w:type="spellStart"/>
      <w:r>
        <w:t>дуальної</w:t>
      </w:r>
      <w:proofErr w:type="spellEnd"/>
      <w:r>
        <w:t xml:space="preserve"> </w:t>
      </w:r>
      <w:proofErr w:type="spellStart"/>
      <w:r>
        <w:t>освіти</w:t>
      </w:r>
      <w:proofErr w:type="spellEnd"/>
    </w:p>
    <w:p w:rsidR="005904C5" w:rsidRDefault="00000000">
      <w:r>
        <w:rPr>
          <w:noProof/>
        </w:rPr>
        <w:drawing>
          <wp:inline distT="0" distB="0" distL="0" distR="0">
            <wp:extent cx="6126480" cy="339306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339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04C5" w:rsidRDefault="00000000" w:rsidP="002042FA">
      <w:r>
        <w:t>Загальна оцінка якості</w:t>
      </w:r>
    </w:p>
    <w:p w:rsidR="005904C5" w:rsidRDefault="00000000">
      <w:r>
        <w:rPr>
          <w:noProof/>
        </w:rPr>
        <w:drawing>
          <wp:inline distT="0" distB="0" distL="0" distR="0">
            <wp:extent cx="6126480" cy="339306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339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42FA" w:rsidRDefault="002042FA" w:rsidP="002042FA">
      <w:pPr>
        <w:rPr>
          <w:lang w:val="uk-UA"/>
        </w:rPr>
      </w:pPr>
    </w:p>
    <w:p w:rsidR="005904C5" w:rsidRDefault="00000000" w:rsidP="002042FA">
      <w:proofErr w:type="spellStart"/>
      <w:r>
        <w:lastRenderedPageBreak/>
        <w:t>Зацікавленість</w:t>
      </w:r>
      <w:proofErr w:type="spellEnd"/>
      <w:r>
        <w:t xml:space="preserve"> у </w:t>
      </w:r>
      <w:proofErr w:type="spellStart"/>
      <w:r>
        <w:t>випускниках</w:t>
      </w:r>
      <w:proofErr w:type="spellEnd"/>
    </w:p>
    <w:p w:rsidR="005904C5" w:rsidRDefault="00000000">
      <w:r>
        <w:rPr>
          <w:noProof/>
        </w:rPr>
        <w:drawing>
          <wp:inline distT="0" distB="0" distL="0" distR="0">
            <wp:extent cx="6126480" cy="339306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339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04C5" w:rsidRDefault="00000000" w:rsidP="002042FA">
      <w:r>
        <w:t>Ключові чинники ефективності</w:t>
      </w:r>
    </w:p>
    <w:p w:rsidR="005904C5" w:rsidRDefault="00000000">
      <w:r>
        <w:rPr>
          <w:noProof/>
        </w:rPr>
        <w:drawing>
          <wp:inline distT="0" distB="0" distL="0" distR="0">
            <wp:extent cx="6126480" cy="3695762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3695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04C5" w:rsidRDefault="00000000" w:rsidP="002042FA">
      <w:r>
        <w:lastRenderedPageBreak/>
        <w:t>Бажані soft skills</w:t>
      </w:r>
    </w:p>
    <w:p w:rsidR="005904C5" w:rsidRDefault="00000000">
      <w:r>
        <w:rPr>
          <w:noProof/>
        </w:rPr>
        <w:drawing>
          <wp:inline distT="0" distB="0" distL="0" distR="0">
            <wp:extent cx="6126480" cy="3695762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3695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42FA" w:rsidRDefault="002042FA" w:rsidP="002042FA">
      <w:pPr>
        <w:rPr>
          <w:lang w:val="uk-UA"/>
        </w:rPr>
      </w:pPr>
    </w:p>
    <w:p w:rsidR="002042FA" w:rsidRDefault="002042FA" w:rsidP="002042FA">
      <w:pPr>
        <w:rPr>
          <w:lang w:val="uk-UA"/>
        </w:rPr>
      </w:pPr>
    </w:p>
    <w:p w:rsidR="002042FA" w:rsidRDefault="002042FA" w:rsidP="002042FA">
      <w:pPr>
        <w:rPr>
          <w:lang w:val="uk-UA"/>
        </w:rPr>
      </w:pPr>
    </w:p>
    <w:p w:rsidR="002042FA" w:rsidRDefault="002042FA" w:rsidP="002042FA">
      <w:pPr>
        <w:rPr>
          <w:lang w:val="uk-UA"/>
        </w:rPr>
      </w:pPr>
    </w:p>
    <w:p w:rsidR="002042FA" w:rsidRDefault="002042FA" w:rsidP="002042FA">
      <w:pPr>
        <w:rPr>
          <w:lang w:val="uk-UA"/>
        </w:rPr>
      </w:pPr>
    </w:p>
    <w:p w:rsidR="002042FA" w:rsidRDefault="002042FA" w:rsidP="002042FA">
      <w:pPr>
        <w:rPr>
          <w:lang w:val="uk-UA"/>
        </w:rPr>
      </w:pPr>
    </w:p>
    <w:p w:rsidR="002042FA" w:rsidRDefault="002042FA" w:rsidP="002042FA">
      <w:pPr>
        <w:rPr>
          <w:lang w:val="uk-UA"/>
        </w:rPr>
      </w:pPr>
    </w:p>
    <w:p w:rsidR="002042FA" w:rsidRDefault="002042FA" w:rsidP="002042FA">
      <w:pPr>
        <w:rPr>
          <w:lang w:val="uk-UA"/>
        </w:rPr>
      </w:pPr>
    </w:p>
    <w:p w:rsidR="002042FA" w:rsidRDefault="002042FA" w:rsidP="002042FA">
      <w:pPr>
        <w:rPr>
          <w:lang w:val="uk-UA"/>
        </w:rPr>
      </w:pPr>
    </w:p>
    <w:p w:rsidR="002042FA" w:rsidRDefault="002042FA" w:rsidP="002042FA">
      <w:pPr>
        <w:rPr>
          <w:lang w:val="uk-UA"/>
        </w:rPr>
      </w:pPr>
    </w:p>
    <w:p w:rsidR="002042FA" w:rsidRDefault="002042FA" w:rsidP="002042FA">
      <w:pPr>
        <w:rPr>
          <w:lang w:val="uk-UA"/>
        </w:rPr>
      </w:pPr>
    </w:p>
    <w:p w:rsidR="005904C5" w:rsidRDefault="00000000" w:rsidP="002042FA">
      <w:proofErr w:type="spellStart"/>
      <w:r>
        <w:lastRenderedPageBreak/>
        <w:t>Напрями</w:t>
      </w:r>
      <w:proofErr w:type="spellEnd"/>
      <w:r>
        <w:t xml:space="preserve"> </w:t>
      </w:r>
      <w:proofErr w:type="spellStart"/>
      <w:r>
        <w:t>змін</w:t>
      </w:r>
      <w:proofErr w:type="spellEnd"/>
      <w:r>
        <w:t xml:space="preserve"> </w:t>
      </w:r>
      <w:proofErr w:type="spellStart"/>
      <w:r>
        <w:t>практичної</w:t>
      </w:r>
      <w:proofErr w:type="spellEnd"/>
      <w:r>
        <w:t xml:space="preserve"> </w:t>
      </w:r>
      <w:proofErr w:type="spellStart"/>
      <w:r>
        <w:t>підготовки</w:t>
      </w:r>
      <w:proofErr w:type="spellEnd"/>
    </w:p>
    <w:p w:rsidR="005904C5" w:rsidRPr="002042FA" w:rsidRDefault="00000000" w:rsidP="002042FA">
      <w:pPr>
        <w:rPr>
          <w:lang w:val="uk-UA"/>
        </w:rPr>
      </w:pPr>
      <w:r>
        <w:rPr>
          <w:noProof/>
        </w:rPr>
        <w:drawing>
          <wp:inline distT="0" distB="0" distL="0" distR="0">
            <wp:extent cx="6126480" cy="3695762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3695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04C5" w:rsidRPr="002042FA" w:rsidRDefault="00000000" w:rsidP="002042FA">
      <w:pPr>
        <w:pStyle w:val="a0"/>
        <w:numPr>
          <w:ilvl w:val="0"/>
          <w:numId w:val="0"/>
        </w:numPr>
        <w:ind w:firstLine="567"/>
        <w:jc w:val="both"/>
        <w:rPr>
          <w:b w:val="0"/>
          <w:bCs/>
          <w:lang w:val="ru-RU"/>
        </w:rPr>
      </w:pPr>
      <w:proofErr w:type="spellStart"/>
      <w:r w:rsidRPr="002042FA">
        <w:rPr>
          <w:b w:val="0"/>
          <w:bCs/>
          <w:lang w:val="ru-RU"/>
        </w:rPr>
        <w:t>Рівень</w:t>
      </w:r>
      <w:proofErr w:type="spellEnd"/>
      <w:r w:rsidRPr="002042FA">
        <w:rPr>
          <w:b w:val="0"/>
          <w:bCs/>
          <w:lang w:val="ru-RU"/>
        </w:rPr>
        <w:t xml:space="preserve"> </w:t>
      </w:r>
      <w:proofErr w:type="spellStart"/>
      <w:r w:rsidRPr="002042FA">
        <w:rPr>
          <w:b w:val="0"/>
          <w:bCs/>
          <w:lang w:val="ru-RU"/>
        </w:rPr>
        <w:t>підготовки</w:t>
      </w:r>
      <w:proofErr w:type="spellEnd"/>
      <w:r w:rsidRPr="002042FA">
        <w:rPr>
          <w:b w:val="0"/>
          <w:bCs/>
          <w:lang w:val="ru-RU"/>
        </w:rPr>
        <w:t xml:space="preserve"> </w:t>
      </w:r>
      <w:proofErr w:type="spellStart"/>
      <w:r w:rsidRPr="002042FA">
        <w:rPr>
          <w:b w:val="0"/>
          <w:bCs/>
          <w:lang w:val="ru-RU"/>
        </w:rPr>
        <w:t>оцінено</w:t>
      </w:r>
      <w:proofErr w:type="spellEnd"/>
      <w:r w:rsidRPr="002042FA">
        <w:rPr>
          <w:b w:val="0"/>
          <w:bCs/>
          <w:lang w:val="ru-RU"/>
        </w:rPr>
        <w:t xml:space="preserve"> позитивно: </w:t>
      </w:r>
      <w:proofErr w:type="spellStart"/>
      <w:r w:rsidRPr="002042FA">
        <w:rPr>
          <w:b w:val="0"/>
          <w:bCs/>
          <w:lang w:val="ru-RU"/>
        </w:rPr>
        <w:t>усі</w:t>
      </w:r>
      <w:proofErr w:type="spellEnd"/>
      <w:r w:rsidRPr="002042FA">
        <w:rPr>
          <w:b w:val="0"/>
          <w:bCs/>
          <w:lang w:val="ru-RU"/>
        </w:rPr>
        <w:t xml:space="preserve"> </w:t>
      </w:r>
      <w:proofErr w:type="spellStart"/>
      <w:r w:rsidRPr="002042FA">
        <w:rPr>
          <w:b w:val="0"/>
          <w:bCs/>
          <w:lang w:val="ru-RU"/>
        </w:rPr>
        <w:t>респонденти</w:t>
      </w:r>
      <w:proofErr w:type="spellEnd"/>
      <w:r w:rsidRPr="002042FA">
        <w:rPr>
          <w:b w:val="0"/>
          <w:bCs/>
          <w:lang w:val="ru-RU"/>
        </w:rPr>
        <w:t xml:space="preserve"> </w:t>
      </w:r>
      <w:proofErr w:type="spellStart"/>
      <w:r w:rsidRPr="002042FA">
        <w:rPr>
          <w:b w:val="0"/>
          <w:bCs/>
          <w:lang w:val="ru-RU"/>
        </w:rPr>
        <w:t>надали</w:t>
      </w:r>
      <w:proofErr w:type="spellEnd"/>
      <w:r w:rsidRPr="002042FA">
        <w:rPr>
          <w:b w:val="0"/>
          <w:bCs/>
          <w:lang w:val="ru-RU"/>
        </w:rPr>
        <w:t xml:space="preserve"> </w:t>
      </w:r>
      <w:proofErr w:type="spellStart"/>
      <w:r w:rsidRPr="002042FA">
        <w:rPr>
          <w:b w:val="0"/>
          <w:bCs/>
          <w:lang w:val="ru-RU"/>
        </w:rPr>
        <w:t>оцінку</w:t>
      </w:r>
      <w:proofErr w:type="spellEnd"/>
      <w:r w:rsidRPr="002042FA">
        <w:rPr>
          <w:b w:val="0"/>
          <w:bCs/>
          <w:lang w:val="ru-RU"/>
        </w:rPr>
        <w:t xml:space="preserve"> 5 за </w:t>
      </w:r>
      <w:proofErr w:type="spellStart"/>
      <w:r w:rsidRPr="002042FA">
        <w:rPr>
          <w:b w:val="0"/>
          <w:bCs/>
          <w:lang w:val="ru-RU"/>
        </w:rPr>
        <w:t>загальним</w:t>
      </w:r>
      <w:proofErr w:type="spellEnd"/>
      <w:r w:rsidRPr="002042FA">
        <w:rPr>
          <w:b w:val="0"/>
          <w:bCs/>
          <w:lang w:val="ru-RU"/>
        </w:rPr>
        <w:t xml:space="preserve"> </w:t>
      </w:r>
      <w:proofErr w:type="spellStart"/>
      <w:r w:rsidRPr="002042FA">
        <w:rPr>
          <w:b w:val="0"/>
          <w:bCs/>
          <w:lang w:val="ru-RU"/>
        </w:rPr>
        <w:t>рівнем</w:t>
      </w:r>
      <w:proofErr w:type="spellEnd"/>
      <w:r w:rsidRPr="002042FA">
        <w:rPr>
          <w:b w:val="0"/>
          <w:bCs/>
          <w:lang w:val="ru-RU"/>
        </w:rPr>
        <w:t xml:space="preserve"> </w:t>
      </w:r>
      <w:proofErr w:type="spellStart"/>
      <w:r w:rsidRPr="002042FA">
        <w:rPr>
          <w:b w:val="0"/>
          <w:bCs/>
          <w:lang w:val="ru-RU"/>
        </w:rPr>
        <w:t>підготовки</w:t>
      </w:r>
      <w:proofErr w:type="spellEnd"/>
      <w:r w:rsidRPr="002042FA">
        <w:rPr>
          <w:b w:val="0"/>
          <w:bCs/>
          <w:lang w:val="ru-RU"/>
        </w:rPr>
        <w:t>.</w:t>
      </w:r>
    </w:p>
    <w:p w:rsidR="005904C5" w:rsidRPr="002042FA" w:rsidRDefault="00000000" w:rsidP="002042FA">
      <w:pPr>
        <w:pStyle w:val="a0"/>
        <w:numPr>
          <w:ilvl w:val="0"/>
          <w:numId w:val="0"/>
        </w:numPr>
        <w:ind w:firstLine="567"/>
        <w:jc w:val="both"/>
        <w:rPr>
          <w:b w:val="0"/>
          <w:bCs/>
          <w:lang w:val="ru-RU"/>
        </w:rPr>
      </w:pPr>
      <w:proofErr w:type="spellStart"/>
      <w:r w:rsidRPr="002042FA">
        <w:rPr>
          <w:b w:val="0"/>
          <w:bCs/>
          <w:lang w:val="ru-RU"/>
        </w:rPr>
        <w:t>Цілі</w:t>
      </w:r>
      <w:proofErr w:type="spellEnd"/>
      <w:r w:rsidRPr="002042FA">
        <w:rPr>
          <w:b w:val="0"/>
          <w:bCs/>
          <w:lang w:val="ru-RU"/>
        </w:rPr>
        <w:t xml:space="preserve"> та </w:t>
      </w:r>
      <w:proofErr w:type="spellStart"/>
      <w:r w:rsidRPr="002042FA">
        <w:rPr>
          <w:b w:val="0"/>
          <w:bCs/>
          <w:lang w:val="ru-RU"/>
        </w:rPr>
        <w:t>результати</w:t>
      </w:r>
      <w:proofErr w:type="spellEnd"/>
      <w:r w:rsidRPr="002042FA">
        <w:rPr>
          <w:b w:val="0"/>
          <w:bCs/>
          <w:lang w:val="ru-RU"/>
        </w:rPr>
        <w:t xml:space="preserve"> </w:t>
      </w:r>
      <w:proofErr w:type="spellStart"/>
      <w:r w:rsidRPr="002042FA">
        <w:rPr>
          <w:b w:val="0"/>
          <w:bCs/>
          <w:lang w:val="ru-RU"/>
        </w:rPr>
        <w:t>навчання</w:t>
      </w:r>
      <w:proofErr w:type="spellEnd"/>
      <w:r w:rsidRPr="002042FA">
        <w:rPr>
          <w:b w:val="0"/>
          <w:bCs/>
          <w:lang w:val="ru-RU"/>
        </w:rPr>
        <w:t xml:space="preserve"> </w:t>
      </w:r>
      <w:proofErr w:type="spellStart"/>
      <w:r w:rsidRPr="002042FA">
        <w:rPr>
          <w:b w:val="0"/>
          <w:bCs/>
          <w:lang w:val="ru-RU"/>
        </w:rPr>
        <w:t>мають</w:t>
      </w:r>
      <w:proofErr w:type="spellEnd"/>
      <w:r w:rsidRPr="002042FA">
        <w:rPr>
          <w:b w:val="0"/>
          <w:bCs/>
          <w:lang w:val="ru-RU"/>
        </w:rPr>
        <w:t xml:space="preserve"> </w:t>
      </w:r>
      <w:proofErr w:type="spellStart"/>
      <w:r w:rsidRPr="002042FA">
        <w:rPr>
          <w:b w:val="0"/>
          <w:bCs/>
          <w:lang w:val="ru-RU"/>
        </w:rPr>
        <w:t>високу</w:t>
      </w:r>
      <w:proofErr w:type="spellEnd"/>
      <w:r w:rsidRPr="002042FA">
        <w:rPr>
          <w:b w:val="0"/>
          <w:bCs/>
          <w:lang w:val="ru-RU"/>
        </w:rPr>
        <w:t xml:space="preserve"> </w:t>
      </w:r>
      <w:proofErr w:type="spellStart"/>
      <w:r w:rsidRPr="002042FA">
        <w:rPr>
          <w:b w:val="0"/>
          <w:bCs/>
          <w:lang w:val="ru-RU"/>
        </w:rPr>
        <w:t>актуальність</w:t>
      </w:r>
      <w:proofErr w:type="spellEnd"/>
      <w:r w:rsidRPr="002042FA">
        <w:rPr>
          <w:b w:val="0"/>
          <w:bCs/>
          <w:lang w:val="ru-RU"/>
        </w:rPr>
        <w:t xml:space="preserve">: </w:t>
      </w:r>
      <w:proofErr w:type="spellStart"/>
      <w:r w:rsidRPr="002042FA">
        <w:rPr>
          <w:b w:val="0"/>
          <w:bCs/>
          <w:lang w:val="ru-RU"/>
        </w:rPr>
        <w:t>оцінки</w:t>
      </w:r>
      <w:proofErr w:type="spellEnd"/>
      <w:r w:rsidRPr="002042FA">
        <w:rPr>
          <w:b w:val="0"/>
          <w:bCs/>
          <w:lang w:val="ru-RU"/>
        </w:rPr>
        <w:t xml:space="preserve"> за </w:t>
      </w:r>
      <w:proofErr w:type="spellStart"/>
      <w:r w:rsidRPr="002042FA">
        <w:rPr>
          <w:b w:val="0"/>
          <w:bCs/>
          <w:lang w:val="ru-RU"/>
        </w:rPr>
        <w:t>технологічною</w:t>
      </w:r>
      <w:proofErr w:type="spellEnd"/>
      <w:r w:rsidRPr="002042FA">
        <w:rPr>
          <w:b w:val="0"/>
          <w:bCs/>
          <w:lang w:val="ru-RU"/>
        </w:rPr>
        <w:t xml:space="preserve"> та </w:t>
      </w:r>
      <w:proofErr w:type="spellStart"/>
      <w:r w:rsidRPr="002042FA">
        <w:rPr>
          <w:b w:val="0"/>
          <w:bCs/>
          <w:lang w:val="ru-RU"/>
        </w:rPr>
        <w:t>ринковою</w:t>
      </w:r>
      <w:proofErr w:type="spellEnd"/>
      <w:r w:rsidRPr="002042FA">
        <w:rPr>
          <w:b w:val="0"/>
          <w:bCs/>
          <w:lang w:val="ru-RU"/>
        </w:rPr>
        <w:t xml:space="preserve"> </w:t>
      </w:r>
      <w:proofErr w:type="spellStart"/>
      <w:r w:rsidRPr="002042FA">
        <w:rPr>
          <w:b w:val="0"/>
          <w:bCs/>
          <w:lang w:val="ru-RU"/>
        </w:rPr>
        <w:t>складовими</w:t>
      </w:r>
      <w:proofErr w:type="spellEnd"/>
      <w:r w:rsidRPr="002042FA">
        <w:rPr>
          <w:b w:val="0"/>
          <w:bCs/>
          <w:lang w:val="ru-RU"/>
        </w:rPr>
        <w:t xml:space="preserve"> </w:t>
      </w:r>
      <w:proofErr w:type="spellStart"/>
      <w:r w:rsidRPr="002042FA">
        <w:rPr>
          <w:b w:val="0"/>
          <w:bCs/>
          <w:lang w:val="ru-RU"/>
        </w:rPr>
        <w:t>зосереджені</w:t>
      </w:r>
      <w:proofErr w:type="spellEnd"/>
      <w:r w:rsidRPr="002042FA">
        <w:rPr>
          <w:b w:val="0"/>
          <w:bCs/>
          <w:lang w:val="ru-RU"/>
        </w:rPr>
        <w:t xml:space="preserve"> на </w:t>
      </w:r>
      <w:proofErr w:type="spellStart"/>
      <w:r w:rsidRPr="002042FA">
        <w:rPr>
          <w:b w:val="0"/>
          <w:bCs/>
          <w:lang w:val="ru-RU"/>
        </w:rPr>
        <w:t>рівні</w:t>
      </w:r>
      <w:proofErr w:type="spellEnd"/>
      <w:r w:rsidRPr="002042FA">
        <w:rPr>
          <w:b w:val="0"/>
          <w:bCs/>
          <w:lang w:val="ru-RU"/>
        </w:rPr>
        <w:t xml:space="preserve"> 4–5 </w:t>
      </w:r>
      <w:proofErr w:type="spellStart"/>
      <w:r w:rsidRPr="002042FA">
        <w:rPr>
          <w:b w:val="0"/>
          <w:bCs/>
          <w:lang w:val="ru-RU"/>
        </w:rPr>
        <w:t>балів</w:t>
      </w:r>
      <w:proofErr w:type="spellEnd"/>
      <w:r w:rsidRPr="002042FA">
        <w:rPr>
          <w:b w:val="0"/>
          <w:bCs/>
          <w:lang w:val="ru-RU"/>
        </w:rPr>
        <w:t>.</w:t>
      </w:r>
    </w:p>
    <w:p w:rsidR="005904C5" w:rsidRPr="002042FA" w:rsidRDefault="00000000" w:rsidP="002042FA">
      <w:pPr>
        <w:pStyle w:val="a0"/>
        <w:numPr>
          <w:ilvl w:val="0"/>
          <w:numId w:val="0"/>
        </w:numPr>
        <w:ind w:firstLine="567"/>
        <w:jc w:val="both"/>
        <w:rPr>
          <w:b w:val="0"/>
          <w:bCs/>
          <w:lang w:val="ru-RU"/>
        </w:rPr>
      </w:pPr>
      <w:proofErr w:type="spellStart"/>
      <w:r w:rsidRPr="002042FA">
        <w:rPr>
          <w:b w:val="0"/>
          <w:bCs/>
          <w:lang w:val="ru-RU"/>
        </w:rPr>
        <w:t>Освітня</w:t>
      </w:r>
      <w:proofErr w:type="spellEnd"/>
      <w:r w:rsidRPr="002042FA">
        <w:rPr>
          <w:b w:val="0"/>
          <w:bCs/>
          <w:lang w:val="ru-RU"/>
        </w:rPr>
        <w:t xml:space="preserve"> </w:t>
      </w:r>
      <w:proofErr w:type="spellStart"/>
      <w:r w:rsidRPr="002042FA">
        <w:rPr>
          <w:b w:val="0"/>
          <w:bCs/>
          <w:lang w:val="ru-RU"/>
        </w:rPr>
        <w:t>програма</w:t>
      </w:r>
      <w:proofErr w:type="spellEnd"/>
      <w:r w:rsidRPr="002042FA">
        <w:rPr>
          <w:b w:val="0"/>
          <w:bCs/>
          <w:lang w:val="ru-RU"/>
        </w:rPr>
        <w:t xml:space="preserve"> </w:t>
      </w:r>
      <w:proofErr w:type="spellStart"/>
      <w:r w:rsidRPr="002042FA">
        <w:rPr>
          <w:b w:val="0"/>
          <w:bCs/>
          <w:lang w:val="ru-RU"/>
        </w:rPr>
        <w:t>відповідає</w:t>
      </w:r>
      <w:proofErr w:type="spellEnd"/>
      <w:r w:rsidRPr="002042FA">
        <w:rPr>
          <w:b w:val="0"/>
          <w:bCs/>
          <w:lang w:val="ru-RU"/>
        </w:rPr>
        <w:t xml:space="preserve"> </w:t>
      </w:r>
      <w:proofErr w:type="spellStart"/>
      <w:r w:rsidRPr="002042FA">
        <w:rPr>
          <w:b w:val="0"/>
          <w:bCs/>
          <w:lang w:val="ru-RU"/>
        </w:rPr>
        <w:t>вимогам</w:t>
      </w:r>
      <w:proofErr w:type="spellEnd"/>
      <w:r w:rsidRPr="002042FA">
        <w:rPr>
          <w:b w:val="0"/>
          <w:bCs/>
          <w:lang w:val="ru-RU"/>
        </w:rPr>
        <w:t xml:space="preserve"> </w:t>
      </w:r>
      <w:proofErr w:type="spellStart"/>
      <w:r w:rsidRPr="002042FA">
        <w:rPr>
          <w:b w:val="0"/>
          <w:bCs/>
          <w:lang w:val="ru-RU"/>
        </w:rPr>
        <w:t>організацій</w:t>
      </w:r>
      <w:proofErr w:type="spellEnd"/>
      <w:r w:rsidRPr="002042FA">
        <w:rPr>
          <w:b w:val="0"/>
          <w:bCs/>
          <w:lang w:val="ru-RU"/>
        </w:rPr>
        <w:t xml:space="preserve"> за </w:t>
      </w:r>
      <w:proofErr w:type="spellStart"/>
      <w:r w:rsidRPr="002042FA">
        <w:rPr>
          <w:b w:val="0"/>
          <w:bCs/>
          <w:lang w:val="ru-RU"/>
        </w:rPr>
        <w:t>оцінками</w:t>
      </w:r>
      <w:proofErr w:type="spellEnd"/>
      <w:r w:rsidRPr="002042FA">
        <w:rPr>
          <w:b w:val="0"/>
          <w:bCs/>
          <w:lang w:val="ru-RU"/>
        </w:rPr>
        <w:t xml:space="preserve"> </w:t>
      </w:r>
      <w:proofErr w:type="spellStart"/>
      <w:r w:rsidRPr="002042FA">
        <w:rPr>
          <w:b w:val="0"/>
          <w:bCs/>
          <w:lang w:val="ru-RU"/>
        </w:rPr>
        <w:t>респондентів</w:t>
      </w:r>
      <w:proofErr w:type="spellEnd"/>
      <w:r w:rsidRPr="002042FA">
        <w:rPr>
          <w:b w:val="0"/>
          <w:bCs/>
          <w:lang w:val="ru-RU"/>
        </w:rPr>
        <w:t xml:space="preserve">, а </w:t>
      </w:r>
      <w:proofErr w:type="spellStart"/>
      <w:r w:rsidRPr="002042FA">
        <w:rPr>
          <w:b w:val="0"/>
          <w:bCs/>
          <w:lang w:val="ru-RU"/>
        </w:rPr>
        <w:t>зацікавленість</w:t>
      </w:r>
      <w:proofErr w:type="spellEnd"/>
      <w:r w:rsidRPr="002042FA">
        <w:rPr>
          <w:b w:val="0"/>
          <w:bCs/>
          <w:lang w:val="ru-RU"/>
        </w:rPr>
        <w:t xml:space="preserve"> у </w:t>
      </w:r>
      <w:proofErr w:type="spellStart"/>
      <w:r w:rsidRPr="002042FA">
        <w:rPr>
          <w:b w:val="0"/>
          <w:bCs/>
          <w:lang w:val="ru-RU"/>
        </w:rPr>
        <w:t>фахівцях</w:t>
      </w:r>
      <w:proofErr w:type="spellEnd"/>
      <w:r w:rsidRPr="002042FA">
        <w:rPr>
          <w:b w:val="0"/>
          <w:bCs/>
          <w:lang w:val="ru-RU"/>
        </w:rPr>
        <w:t xml:space="preserve"> є </w:t>
      </w:r>
      <w:proofErr w:type="spellStart"/>
      <w:r w:rsidRPr="002042FA">
        <w:rPr>
          <w:b w:val="0"/>
          <w:bCs/>
          <w:lang w:val="ru-RU"/>
        </w:rPr>
        <w:t>високою</w:t>
      </w:r>
      <w:proofErr w:type="spellEnd"/>
      <w:r w:rsidRPr="002042FA">
        <w:rPr>
          <w:b w:val="0"/>
          <w:bCs/>
          <w:lang w:val="ru-RU"/>
        </w:rPr>
        <w:t>.</w:t>
      </w:r>
    </w:p>
    <w:p w:rsidR="005904C5" w:rsidRPr="002042FA" w:rsidRDefault="00000000" w:rsidP="002042FA">
      <w:pPr>
        <w:pStyle w:val="a0"/>
        <w:numPr>
          <w:ilvl w:val="0"/>
          <w:numId w:val="0"/>
        </w:numPr>
        <w:ind w:firstLine="567"/>
        <w:jc w:val="both"/>
        <w:rPr>
          <w:b w:val="0"/>
          <w:bCs/>
          <w:lang w:val="ru-RU"/>
        </w:rPr>
      </w:pPr>
      <w:proofErr w:type="spellStart"/>
      <w:r w:rsidRPr="002042FA">
        <w:rPr>
          <w:b w:val="0"/>
          <w:bCs/>
          <w:lang w:val="ru-RU"/>
        </w:rPr>
        <w:t>Ключовим</w:t>
      </w:r>
      <w:proofErr w:type="spellEnd"/>
      <w:r w:rsidRPr="002042FA">
        <w:rPr>
          <w:b w:val="0"/>
          <w:bCs/>
          <w:lang w:val="ru-RU"/>
        </w:rPr>
        <w:t xml:space="preserve"> </w:t>
      </w:r>
      <w:proofErr w:type="spellStart"/>
      <w:r w:rsidRPr="002042FA">
        <w:rPr>
          <w:b w:val="0"/>
          <w:bCs/>
          <w:lang w:val="ru-RU"/>
        </w:rPr>
        <w:t>напрямом</w:t>
      </w:r>
      <w:proofErr w:type="spellEnd"/>
      <w:r w:rsidRPr="002042FA">
        <w:rPr>
          <w:b w:val="0"/>
          <w:bCs/>
          <w:lang w:val="ru-RU"/>
        </w:rPr>
        <w:t xml:space="preserve"> </w:t>
      </w:r>
      <w:proofErr w:type="spellStart"/>
      <w:r w:rsidRPr="002042FA">
        <w:rPr>
          <w:b w:val="0"/>
          <w:bCs/>
          <w:lang w:val="ru-RU"/>
        </w:rPr>
        <w:t>удосконалення</w:t>
      </w:r>
      <w:proofErr w:type="spellEnd"/>
      <w:r w:rsidRPr="002042FA">
        <w:rPr>
          <w:b w:val="0"/>
          <w:bCs/>
          <w:lang w:val="ru-RU"/>
        </w:rPr>
        <w:t xml:space="preserve"> є </w:t>
      </w:r>
      <w:proofErr w:type="spellStart"/>
      <w:r w:rsidRPr="002042FA">
        <w:rPr>
          <w:b w:val="0"/>
          <w:bCs/>
          <w:lang w:val="ru-RU"/>
        </w:rPr>
        <w:t>посилення</w:t>
      </w:r>
      <w:proofErr w:type="spellEnd"/>
      <w:r w:rsidRPr="002042FA">
        <w:rPr>
          <w:b w:val="0"/>
          <w:bCs/>
          <w:lang w:val="ru-RU"/>
        </w:rPr>
        <w:t xml:space="preserve"> </w:t>
      </w:r>
      <w:proofErr w:type="spellStart"/>
      <w:r w:rsidRPr="002042FA">
        <w:rPr>
          <w:b w:val="0"/>
          <w:bCs/>
          <w:lang w:val="ru-RU"/>
        </w:rPr>
        <w:t>практичної</w:t>
      </w:r>
      <w:proofErr w:type="spellEnd"/>
      <w:r w:rsidRPr="002042FA">
        <w:rPr>
          <w:b w:val="0"/>
          <w:bCs/>
          <w:lang w:val="ru-RU"/>
        </w:rPr>
        <w:t xml:space="preserve"> </w:t>
      </w:r>
      <w:proofErr w:type="spellStart"/>
      <w:r w:rsidRPr="002042FA">
        <w:rPr>
          <w:b w:val="0"/>
          <w:bCs/>
          <w:lang w:val="ru-RU"/>
        </w:rPr>
        <w:t>підготовки</w:t>
      </w:r>
      <w:proofErr w:type="spellEnd"/>
      <w:r w:rsidRPr="002042FA">
        <w:rPr>
          <w:b w:val="0"/>
          <w:bCs/>
          <w:lang w:val="ru-RU"/>
        </w:rPr>
        <w:t xml:space="preserve">, </w:t>
      </w:r>
      <w:proofErr w:type="spellStart"/>
      <w:r w:rsidRPr="002042FA">
        <w:rPr>
          <w:b w:val="0"/>
          <w:bCs/>
          <w:lang w:val="ru-RU"/>
        </w:rPr>
        <w:t>зокрема</w:t>
      </w:r>
      <w:proofErr w:type="spellEnd"/>
      <w:r w:rsidRPr="002042FA">
        <w:rPr>
          <w:b w:val="0"/>
          <w:bCs/>
          <w:lang w:val="ru-RU"/>
        </w:rPr>
        <w:t xml:space="preserve"> </w:t>
      </w:r>
      <w:proofErr w:type="spellStart"/>
      <w:r w:rsidRPr="002042FA">
        <w:rPr>
          <w:b w:val="0"/>
          <w:bCs/>
          <w:lang w:val="ru-RU"/>
        </w:rPr>
        <w:t>збільшення</w:t>
      </w:r>
      <w:proofErr w:type="spellEnd"/>
      <w:r w:rsidRPr="002042FA">
        <w:rPr>
          <w:b w:val="0"/>
          <w:bCs/>
          <w:lang w:val="ru-RU"/>
        </w:rPr>
        <w:t xml:space="preserve"> </w:t>
      </w:r>
      <w:proofErr w:type="spellStart"/>
      <w:r w:rsidRPr="002042FA">
        <w:rPr>
          <w:b w:val="0"/>
          <w:bCs/>
          <w:lang w:val="ru-RU"/>
        </w:rPr>
        <w:t>її</w:t>
      </w:r>
      <w:proofErr w:type="spellEnd"/>
      <w:r w:rsidRPr="002042FA">
        <w:rPr>
          <w:b w:val="0"/>
          <w:bCs/>
          <w:lang w:val="ru-RU"/>
        </w:rPr>
        <w:t xml:space="preserve"> </w:t>
      </w:r>
      <w:proofErr w:type="spellStart"/>
      <w:r w:rsidRPr="002042FA">
        <w:rPr>
          <w:b w:val="0"/>
          <w:bCs/>
          <w:lang w:val="ru-RU"/>
        </w:rPr>
        <w:t>тривалості</w:t>
      </w:r>
      <w:proofErr w:type="spellEnd"/>
      <w:r w:rsidRPr="002042FA">
        <w:rPr>
          <w:b w:val="0"/>
          <w:bCs/>
          <w:lang w:val="ru-RU"/>
        </w:rPr>
        <w:t>.</w:t>
      </w:r>
    </w:p>
    <w:p w:rsidR="005904C5" w:rsidRPr="002042FA" w:rsidRDefault="00000000" w:rsidP="002042FA">
      <w:pPr>
        <w:pStyle w:val="a0"/>
        <w:numPr>
          <w:ilvl w:val="0"/>
          <w:numId w:val="0"/>
        </w:numPr>
        <w:ind w:firstLine="567"/>
        <w:jc w:val="both"/>
        <w:rPr>
          <w:b w:val="0"/>
          <w:bCs/>
          <w:lang w:val="ru-RU"/>
        </w:rPr>
      </w:pPr>
      <w:proofErr w:type="spellStart"/>
      <w:r w:rsidRPr="002042FA">
        <w:rPr>
          <w:b w:val="0"/>
          <w:bCs/>
          <w:lang w:val="ru-RU"/>
        </w:rPr>
        <w:t>Серед</w:t>
      </w:r>
      <w:proofErr w:type="spellEnd"/>
      <w:r w:rsidRPr="002042FA">
        <w:rPr>
          <w:b w:val="0"/>
          <w:bCs/>
          <w:lang w:val="ru-RU"/>
        </w:rPr>
        <w:t xml:space="preserve"> </w:t>
      </w:r>
      <w:proofErr w:type="spellStart"/>
      <w:r w:rsidRPr="002042FA">
        <w:rPr>
          <w:b w:val="0"/>
          <w:bCs/>
          <w:lang w:val="ru-RU"/>
        </w:rPr>
        <w:t>найбільш</w:t>
      </w:r>
      <w:proofErr w:type="spellEnd"/>
      <w:r w:rsidRPr="002042FA">
        <w:rPr>
          <w:b w:val="0"/>
          <w:bCs/>
          <w:lang w:val="ru-RU"/>
        </w:rPr>
        <w:t xml:space="preserve"> </w:t>
      </w:r>
      <w:proofErr w:type="spellStart"/>
      <w:r w:rsidRPr="002042FA">
        <w:rPr>
          <w:b w:val="0"/>
          <w:bCs/>
          <w:lang w:val="ru-RU"/>
        </w:rPr>
        <w:t>затребуваних</w:t>
      </w:r>
      <w:proofErr w:type="spellEnd"/>
      <w:r w:rsidRPr="002042FA">
        <w:rPr>
          <w:b w:val="0"/>
          <w:bCs/>
          <w:lang w:val="ru-RU"/>
        </w:rPr>
        <w:t xml:space="preserve"> </w:t>
      </w:r>
      <w:r w:rsidRPr="002042FA">
        <w:rPr>
          <w:b w:val="0"/>
          <w:bCs/>
        </w:rPr>
        <w:t>soft</w:t>
      </w:r>
      <w:r w:rsidRPr="002042FA">
        <w:rPr>
          <w:b w:val="0"/>
          <w:bCs/>
          <w:lang w:val="ru-RU"/>
        </w:rPr>
        <w:t xml:space="preserve"> </w:t>
      </w:r>
      <w:r w:rsidRPr="002042FA">
        <w:rPr>
          <w:b w:val="0"/>
          <w:bCs/>
        </w:rPr>
        <w:t>skills</w:t>
      </w:r>
      <w:r w:rsidRPr="002042FA">
        <w:rPr>
          <w:b w:val="0"/>
          <w:bCs/>
          <w:lang w:val="ru-RU"/>
        </w:rPr>
        <w:t xml:space="preserve"> </w:t>
      </w:r>
      <w:r w:rsidR="002042FA">
        <w:rPr>
          <w:b w:val="0"/>
          <w:bCs/>
          <w:lang w:val="ru-RU"/>
        </w:rPr>
        <w:t>-</w:t>
      </w:r>
      <w:r w:rsidRPr="002042FA">
        <w:rPr>
          <w:b w:val="0"/>
          <w:bCs/>
          <w:lang w:val="ru-RU"/>
        </w:rPr>
        <w:t xml:space="preserve"> </w:t>
      </w:r>
      <w:proofErr w:type="spellStart"/>
      <w:r w:rsidRPr="002042FA">
        <w:rPr>
          <w:b w:val="0"/>
          <w:bCs/>
          <w:lang w:val="ru-RU"/>
        </w:rPr>
        <w:t>комунікація</w:t>
      </w:r>
      <w:proofErr w:type="spellEnd"/>
      <w:r w:rsidRPr="002042FA">
        <w:rPr>
          <w:b w:val="0"/>
          <w:bCs/>
          <w:lang w:val="ru-RU"/>
        </w:rPr>
        <w:t xml:space="preserve"> і </w:t>
      </w:r>
      <w:proofErr w:type="spellStart"/>
      <w:r w:rsidRPr="002042FA">
        <w:rPr>
          <w:b w:val="0"/>
          <w:bCs/>
          <w:lang w:val="ru-RU"/>
        </w:rPr>
        <w:t>командна</w:t>
      </w:r>
      <w:proofErr w:type="spellEnd"/>
      <w:r w:rsidRPr="002042FA">
        <w:rPr>
          <w:b w:val="0"/>
          <w:bCs/>
          <w:lang w:val="ru-RU"/>
        </w:rPr>
        <w:t xml:space="preserve"> робота, </w:t>
      </w:r>
      <w:proofErr w:type="spellStart"/>
      <w:r w:rsidRPr="002042FA">
        <w:rPr>
          <w:b w:val="0"/>
          <w:bCs/>
          <w:lang w:val="ru-RU"/>
        </w:rPr>
        <w:t>критичне</w:t>
      </w:r>
      <w:proofErr w:type="spellEnd"/>
      <w:r w:rsidRPr="002042FA">
        <w:rPr>
          <w:b w:val="0"/>
          <w:bCs/>
          <w:lang w:val="ru-RU"/>
        </w:rPr>
        <w:t xml:space="preserve"> та </w:t>
      </w:r>
      <w:proofErr w:type="spellStart"/>
      <w:r w:rsidRPr="002042FA">
        <w:rPr>
          <w:b w:val="0"/>
          <w:bCs/>
          <w:lang w:val="ru-RU"/>
        </w:rPr>
        <w:t>креативне</w:t>
      </w:r>
      <w:proofErr w:type="spellEnd"/>
      <w:r w:rsidRPr="002042FA">
        <w:rPr>
          <w:b w:val="0"/>
          <w:bCs/>
          <w:lang w:val="ru-RU"/>
        </w:rPr>
        <w:t xml:space="preserve"> </w:t>
      </w:r>
      <w:proofErr w:type="spellStart"/>
      <w:r w:rsidRPr="002042FA">
        <w:rPr>
          <w:b w:val="0"/>
          <w:bCs/>
          <w:lang w:val="ru-RU"/>
        </w:rPr>
        <w:t>мислення</w:t>
      </w:r>
      <w:proofErr w:type="spellEnd"/>
      <w:r w:rsidRPr="002042FA">
        <w:rPr>
          <w:b w:val="0"/>
          <w:bCs/>
          <w:lang w:val="ru-RU"/>
        </w:rPr>
        <w:t xml:space="preserve">, </w:t>
      </w:r>
      <w:proofErr w:type="spellStart"/>
      <w:r w:rsidRPr="002042FA">
        <w:rPr>
          <w:b w:val="0"/>
          <w:bCs/>
          <w:lang w:val="ru-RU"/>
        </w:rPr>
        <w:t>ініціативність</w:t>
      </w:r>
      <w:proofErr w:type="spellEnd"/>
      <w:r w:rsidRPr="002042FA">
        <w:rPr>
          <w:b w:val="0"/>
          <w:bCs/>
          <w:lang w:val="ru-RU"/>
        </w:rPr>
        <w:t xml:space="preserve"> і </w:t>
      </w:r>
      <w:proofErr w:type="spellStart"/>
      <w:r w:rsidRPr="002042FA">
        <w:rPr>
          <w:b w:val="0"/>
          <w:bCs/>
          <w:lang w:val="ru-RU"/>
        </w:rPr>
        <w:t>підприємливість</w:t>
      </w:r>
      <w:proofErr w:type="spellEnd"/>
      <w:r w:rsidRPr="002042FA">
        <w:rPr>
          <w:b w:val="0"/>
          <w:bCs/>
          <w:lang w:val="ru-RU"/>
        </w:rPr>
        <w:t>.</w:t>
      </w:r>
    </w:p>
    <w:p w:rsidR="005904C5" w:rsidRPr="002042FA" w:rsidRDefault="00000000" w:rsidP="002042FA">
      <w:pPr>
        <w:pStyle w:val="a0"/>
        <w:numPr>
          <w:ilvl w:val="0"/>
          <w:numId w:val="0"/>
        </w:numPr>
        <w:ind w:firstLine="567"/>
        <w:jc w:val="both"/>
        <w:rPr>
          <w:b w:val="0"/>
          <w:bCs/>
          <w:lang w:val="ru-RU"/>
        </w:rPr>
      </w:pPr>
      <w:proofErr w:type="spellStart"/>
      <w:r w:rsidRPr="002042FA">
        <w:rPr>
          <w:b w:val="0"/>
          <w:bCs/>
          <w:lang w:val="ru-RU"/>
        </w:rPr>
        <w:t>Роботодавці</w:t>
      </w:r>
      <w:proofErr w:type="spellEnd"/>
      <w:r w:rsidRPr="002042FA">
        <w:rPr>
          <w:b w:val="0"/>
          <w:bCs/>
          <w:lang w:val="ru-RU"/>
        </w:rPr>
        <w:t xml:space="preserve"> </w:t>
      </w:r>
      <w:proofErr w:type="spellStart"/>
      <w:r w:rsidRPr="002042FA">
        <w:rPr>
          <w:b w:val="0"/>
          <w:bCs/>
          <w:lang w:val="ru-RU"/>
        </w:rPr>
        <w:t>демонструють</w:t>
      </w:r>
      <w:proofErr w:type="spellEnd"/>
      <w:r w:rsidRPr="002042FA">
        <w:rPr>
          <w:b w:val="0"/>
          <w:bCs/>
          <w:lang w:val="ru-RU"/>
        </w:rPr>
        <w:t xml:space="preserve"> </w:t>
      </w:r>
      <w:proofErr w:type="spellStart"/>
      <w:r w:rsidRPr="002042FA">
        <w:rPr>
          <w:b w:val="0"/>
          <w:bCs/>
          <w:lang w:val="ru-RU"/>
        </w:rPr>
        <w:t>інтерес</w:t>
      </w:r>
      <w:proofErr w:type="spellEnd"/>
      <w:r w:rsidRPr="002042FA">
        <w:rPr>
          <w:b w:val="0"/>
          <w:bCs/>
          <w:lang w:val="ru-RU"/>
        </w:rPr>
        <w:t xml:space="preserve"> до </w:t>
      </w:r>
      <w:proofErr w:type="spellStart"/>
      <w:r w:rsidRPr="002042FA">
        <w:rPr>
          <w:b w:val="0"/>
          <w:bCs/>
          <w:lang w:val="ru-RU"/>
        </w:rPr>
        <w:t>залучення</w:t>
      </w:r>
      <w:proofErr w:type="spellEnd"/>
      <w:r w:rsidRPr="002042FA">
        <w:rPr>
          <w:b w:val="0"/>
          <w:bCs/>
          <w:lang w:val="ru-RU"/>
        </w:rPr>
        <w:t xml:space="preserve"> до </w:t>
      </w:r>
      <w:proofErr w:type="spellStart"/>
      <w:r w:rsidRPr="002042FA">
        <w:rPr>
          <w:b w:val="0"/>
          <w:bCs/>
          <w:lang w:val="ru-RU"/>
        </w:rPr>
        <w:t>освітньої</w:t>
      </w:r>
      <w:proofErr w:type="spellEnd"/>
      <w:r w:rsidRPr="002042FA">
        <w:rPr>
          <w:b w:val="0"/>
          <w:bCs/>
          <w:lang w:val="ru-RU"/>
        </w:rPr>
        <w:t xml:space="preserve"> </w:t>
      </w:r>
      <w:proofErr w:type="spellStart"/>
      <w:r w:rsidRPr="002042FA">
        <w:rPr>
          <w:b w:val="0"/>
          <w:bCs/>
          <w:lang w:val="ru-RU"/>
        </w:rPr>
        <w:t>діяльності</w:t>
      </w:r>
      <w:proofErr w:type="spellEnd"/>
      <w:r w:rsidRPr="002042FA">
        <w:rPr>
          <w:b w:val="0"/>
          <w:bCs/>
          <w:lang w:val="ru-RU"/>
        </w:rPr>
        <w:t xml:space="preserve"> через </w:t>
      </w:r>
      <w:proofErr w:type="spellStart"/>
      <w:r w:rsidRPr="002042FA">
        <w:rPr>
          <w:b w:val="0"/>
          <w:bCs/>
          <w:lang w:val="ru-RU"/>
        </w:rPr>
        <w:t>лекції</w:t>
      </w:r>
      <w:proofErr w:type="spellEnd"/>
      <w:r w:rsidRPr="002042FA">
        <w:rPr>
          <w:b w:val="0"/>
          <w:bCs/>
          <w:lang w:val="ru-RU"/>
        </w:rPr>
        <w:t xml:space="preserve">, </w:t>
      </w:r>
      <w:proofErr w:type="spellStart"/>
      <w:r w:rsidRPr="002042FA">
        <w:rPr>
          <w:b w:val="0"/>
          <w:bCs/>
          <w:lang w:val="ru-RU"/>
        </w:rPr>
        <w:t>тренінги</w:t>
      </w:r>
      <w:proofErr w:type="spellEnd"/>
      <w:r w:rsidRPr="002042FA">
        <w:rPr>
          <w:b w:val="0"/>
          <w:bCs/>
          <w:lang w:val="ru-RU"/>
        </w:rPr>
        <w:t xml:space="preserve">, </w:t>
      </w:r>
      <w:proofErr w:type="spellStart"/>
      <w:r w:rsidRPr="002042FA">
        <w:rPr>
          <w:b w:val="0"/>
          <w:bCs/>
          <w:lang w:val="ru-RU"/>
        </w:rPr>
        <w:t>майстер-класи</w:t>
      </w:r>
      <w:proofErr w:type="spellEnd"/>
      <w:r w:rsidRPr="002042FA">
        <w:rPr>
          <w:b w:val="0"/>
          <w:bCs/>
          <w:lang w:val="ru-RU"/>
        </w:rPr>
        <w:t xml:space="preserve"> та </w:t>
      </w:r>
      <w:proofErr w:type="spellStart"/>
      <w:r w:rsidRPr="002042FA">
        <w:rPr>
          <w:b w:val="0"/>
          <w:bCs/>
          <w:lang w:val="ru-RU"/>
        </w:rPr>
        <w:t>спільні</w:t>
      </w:r>
      <w:proofErr w:type="spellEnd"/>
      <w:r w:rsidRPr="002042FA">
        <w:rPr>
          <w:lang w:val="ru-RU"/>
        </w:rPr>
        <w:t xml:space="preserve"> </w:t>
      </w:r>
      <w:proofErr w:type="spellStart"/>
      <w:r w:rsidRPr="002042FA">
        <w:rPr>
          <w:b w:val="0"/>
          <w:bCs/>
          <w:lang w:val="ru-RU"/>
        </w:rPr>
        <w:t>проєкти</w:t>
      </w:r>
      <w:proofErr w:type="spellEnd"/>
      <w:r w:rsidRPr="002042FA">
        <w:rPr>
          <w:b w:val="0"/>
          <w:bCs/>
          <w:lang w:val="ru-RU"/>
        </w:rPr>
        <w:t>.</w:t>
      </w:r>
    </w:p>
    <w:sectPr w:rsidR="005904C5" w:rsidRPr="002042F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29543244">
    <w:abstractNumId w:val="8"/>
  </w:num>
  <w:num w:numId="2" w16cid:durableId="931548165">
    <w:abstractNumId w:val="6"/>
  </w:num>
  <w:num w:numId="3" w16cid:durableId="344330952">
    <w:abstractNumId w:val="5"/>
  </w:num>
  <w:num w:numId="4" w16cid:durableId="450439002">
    <w:abstractNumId w:val="4"/>
  </w:num>
  <w:num w:numId="5" w16cid:durableId="1783457286">
    <w:abstractNumId w:val="7"/>
  </w:num>
  <w:num w:numId="6" w16cid:durableId="2015372133">
    <w:abstractNumId w:val="3"/>
  </w:num>
  <w:num w:numId="7" w16cid:durableId="1887796287">
    <w:abstractNumId w:val="2"/>
  </w:num>
  <w:num w:numId="8" w16cid:durableId="1440025082">
    <w:abstractNumId w:val="1"/>
  </w:num>
  <w:num w:numId="9" w16cid:durableId="618101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042FA"/>
    <w:rsid w:val="0029639D"/>
    <w:rsid w:val="00326F90"/>
    <w:rsid w:val="005904C5"/>
    <w:rsid w:val="006E7350"/>
    <w:rsid w:val="00AA1D8D"/>
    <w:rsid w:val="00B47730"/>
    <w:rsid w:val="00B83134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3E52B0"/>
  <w14:defaultImageDpi w14:val="300"/>
  <w15:docId w15:val="{36E6005F-D29B-6542-A5E1-DD9C7E080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2042FA"/>
    <w:rPr>
      <w:rFonts w:ascii="Times New Roman" w:hAnsi="Times New Roman"/>
      <w:b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 w:val="0"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 w:val="0"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 w:val="0"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Taraevska Olesia</cp:lastModifiedBy>
  <cp:revision>3</cp:revision>
  <cp:lastPrinted>2026-09-07T15:06:00Z</cp:lastPrinted>
  <dcterms:created xsi:type="dcterms:W3CDTF">2026-09-07T15:07:00Z</dcterms:created>
  <dcterms:modified xsi:type="dcterms:W3CDTF">2026-09-10T08:23:00Z</dcterms:modified>
  <cp:category/>
</cp:coreProperties>
</file>