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B36" w:rsidRPr="00107E14" w:rsidRDefault="00000000">
      <w:pPr>
        <w:jc w:val="center"/>
        <w:rPr>
          <w:rFonts w:cs="Times New Roman"/>
          <w:szCs w:val="28"/>
          <w:lang w:val="ru-RU"/>
        </w:rPr>
      </w:pPr>
      <w:r w:rsidRPr="00107E14">
        <w:rPr>
          <w:rFonts w:cs="Times New Roman"/>
          <w:b/>
          <w:szCs w:val="28"/>
          <w:lang w:val="ru-RU"/>
        </w:rPr>
        <w:t>УЗАГАЛЬНЮЮЧІ ДІАГРАМИ</w:t>
      </w:r>
      <w:r w:rsidRPr="00107E14">
        <w:rPr>
          <w:rFonts w:cs="Times New Roman"/>
          <w:b/>
          <w:szCs w:val="28"/>
          <w:lang w:val="ru-RU"/>
        </w:rPr>
        <w:br/>
        <w:t>ЗА РЕЗУЛЬТАТАМИ ОПИТУВАННЯ</w:t>
      </w:r>
    </w:p>
    <w:p w:rsidR="00445B36" w:rsidRPr="00107E14" w:rsidRDefault="00000000">
      <w:pPr>
        <w:jc w:val="center"/>
        <w:rPr>
          <w:rFonts w:cs="Times New Roman"/>
          <w:szCs w:val="28"/>
          <w:lang w:val="ru-RU"/>
        </w:rPr>
      </w:pPr>
      <w:r w:rsidRPr="00107E14">
        <w:rPr>
          <w:rFonts w:cs="Times New Roman"/>
          <w:szCs w:val="28"/>
          <w:lang w:val="ru-RU"/>
        </w:rPr>
        <w:t>Освітня програма «Менеджмент» | кількість респондентів: 15</w:t>
      </w:r>
    </w:p>
    <w:p w:rsidR="00445B36" w:rsidRPr="00107E14" w:rsidRDefault="00000000" w:rsidP="00107E14">
      <w:pPr>
        <w:rPr>
          <w:b/>
          <w:bCs/>
        </w:rPr>
      </w:pPr>
      <w:r w:rsidRPr="00107E14">
        <w:rPr>
          <w:b/>
          <w:bCs/>
        </w:rPr>
        <w:t xml:space="preserve">Розподіл </w:t>
      </w:r>
      <w:proofErr w:type="spellStart"/>
      <w:r w:rsidRPr="00107E14">
        <w:rPr>
          <w:b/>
          <w:bCs/>
        </w:rPr>
        <w:t>респондентів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за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курсами</w:t>
      </w:r>
      <w:proofErr w:type="spellEnd"/>
    </w:p>
    <w:p w:rsidR="00445B36" w:rsidRDefault="00000000">
      <w:r>
        <w:rPr>
          <w:noProof/>
        </w:rPr>
        <w:drawing>
          <wp:inline distT="0" distB="0" distL="0" distR="0">
            <wp:extent cx="6309360" cy="27586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  <w:lang w:val="ru-RU"/>
        </w:rPr>
      </w:pPr>
      <w:proofErr w:type="spellStart"/>
      <w:r w:rsidRPr="00107E14">
        <w:rPr>
          <w:b/>
          <w:bCs/>
          <w:lang w:val="ru-RU"/>
        </w:rPr>
        <w:t>Щоденний</w:t>
      </w:r>
      <w:proofErr w:type="spellEnd"/>
      <w:r w:rsidRPr="00107E14">
        <w:rPr>
          <w:b/>
          <w:bCs/>
          <w:lang w:val="ru-RU"/>
        </w:rPr>
        <w:t xml:space="preserve"> час, </w:t>
      </w:r>
      <w:proofErr w:type="spellStart"/>
      <w:r w:rsidRPr="00107E14">
        <w:rPr>
          <w:b/>
          <w:bCs/>
          <w:lang w:val="ru-RU"/>
        </w:rPr>
        <w:t>що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витрачається</w:t>
      </w:r>
      <w:proofErr w:type="spellEnd"/>
      <w:r w:rsidRPr="00107E14">
        <w:rPr>
          <w:b/>
          <w:bCs/>
          <w:lang w:val="ru-RU"/>
        </w:rPr>
        <w:t xml:space="preserve"> на самостійну роботу</w:t>
      </w:r>
    </w:p>
    <w:p w:rsidR="00445B36" w:rsidRDefault="00000000">
      <w:r>
        <w:rPr>
          <w:noProof/>
        </w:rPr>
        <w:drawing>
          <wp:inline distT="0" distB="0" distL="0" distR="0">
            <wp:extent cx="6309360" cy="27603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Default="00445B36"/>
    <w:p w:rsidR="00107E14" w:rsidRDefault="00107E14" w:rsidP="00107E14">
      <w:pPr>
        <w:rPr>
          <w:b/>
          <w:bCs/>
          <w:lang w:val="uk-UA"/>
        </w:rPr>
      </w:pPr>
    </w:p>
    <w:p w:rsidR="00107E14" w:rsidRDefault="00107E14" w:rsidP="00107E14">
      <w:pPr>
        <w:rPr>
          <w:b/>
          <w:bCs/>
          <w:lang w:val="uk-UA"/>
        </w:rPr>
      </w:pPr>
    </w:p>
    <w:p w:rsidR="00107E14" w:rsidRDefault="00107E14" w:rsidP="00107E14">
      <w:pPr>
        <w:rPr>
          <w:b/>
          <w:bCs/>
          <w:lang w:val="uk-UA"/>
        </w:rPr>
      </w:pPr>
    </w:p>
    <w:p w:rsidR="00445B36" w:rsidRPr="00107E14" w:rsidRDefault="00000000" w:rsidP="00107E14">
      <w:pPr>
        <w:rPr>
          <w:b/>
          <w:bCs/>
        </w:rPr>
      </w:pPr>
      <w:proofErr w:type="spellStart"/>
      <w:r w:rsidRPr="00107E14">
        <w:rPr>
          <w:b/>
          <w:bCs/>
        </w:rPr>
        <w:lastRenderedPageBreak/>
        <w:t>Основні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види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самостійної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роботи</w:t>
      </w:r>
      <w:proofErr w:type="spellEnd"/>
    </w:p>
    <w:p w:rsidR="00445B36" w:rsidRDefault="00000000">
      <w:r>
        <w:rPr>
          <w:noProof/>
        </w:rPr>
        <w:drawing>
          <wp:inline distT="0" distB="0" distL="0" distR="0">
            <wp:extent cx="6309360" cy="28366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83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  <w:lang w:val="ru-RU"/>
        </w:rPr>
      </w:pPr>
      <w:r w:rsidRPr="00107E14">
        <w:rPr>
          <w:b/>
          <w:bCs/>
          <w:lang w:val="ru-RU"/>
        </w:rPr>
        <w:t xml:space="preserve">Як </w:t>
      </w:r>
      <w:proofErr w:type="spellStart"/>
      <w:r w:rsidRPr="00107E14">
        <w:rPr>
          <w:b/>
          <w:bCs/>
          <w:lang w:val="ru-RU"/>
        </w:rPr>
        <w:t>студенти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дізнаються</w:t>
      </w:r>
      <w:proofErr w:type="spellEnd"/>
      <w:r w:rsidRPr="00107E14">
        <w:rPr>
          <w:b/>
          <w:bCs/>
          <w:lang w:val="ru-RU"/>
        </w:rPr>
        <w:t xml:space="preserve"> про завдання та методику </w:t>
      </w:r>
      <w:proofErr w:type="spellStart"/>
      <w:r w:rsidR="00107E14">
        <w:rPr>
          <w:b/>
          <w:bCs/>
          <w:lang w:val="ru-RU"/>
        </w:rPr>
        <w:t>самостійної</w:t>
      </w:r>
      <w:proofErr w:type="spellEnd"/>
      <w:r w:rsidR="00107E14">
        <w:rPr>
          <w:b/>
          <w:bCs/>
          <w:lang w:val="ru-RU"/>
        </w:rPr>
        <w:t xml:space="preserve"> </w:t>
      </w:r>
      <w:proofErr w:type="spellStart"/>
      <w:r w:rsidR="00107E14">
        <w:rPr>
          <w:b/>
          <w:bCs/>
          <w:lang w:val="ru-RU"/>
        </w:rPr>
        <w:t>роботи</w:t>
      </w:r>
      <w:proofErr w:type="spellEnd"/>
    </w:p>
    <w:p w:rsidR="00445B36" w:rsidRDefault="00000000">
      <w:r>
        <w:rPr>
          <w:noProof/>
        </w:rPr>
        <w:drawing>
          <wp:inline distT="0" distB="0" distL="0" distR="0">
            <wp:extent cx="6309360" cy="375901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75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</w:rPr>
      </w:pPr>
      <w:proofErr w:type="spellStart"/>
      <w:r w:rsidRPr="00107E14">
        <w:rPr>
          <w:b/>
          <w:bCs/>
        </w:rPr>
        <w:t>Способи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отримання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навчальних</w:t>
      </w:r>
      <w:proofErr w:type="spellEnd"/>
      <w:r w:rsidRPr="00107E14">
        <w:rPr>
          <w:b/>
          <w:bCs/>
        </w:rPr>
        <w:t xml:space="preserve"> </w:t>
      </w:r>
      <w:proofErr w:type="spellStart"/>
      <w:r w:rsidRPr="00107E14">
        <w:rPr>
          <w:b/>
          <w:bCs/>
        </w:rPr>
        <w:t>матеріалів</w:t>
      </w:r>
      <w:proofErr w:type="spellEnd"/>
    </w:p>
    <w:p w:rsidR="00445B36" w:rsidRDefault="00000000">
      <w:r>
        <w:rPr>
          <w:noProof/>
        </w:rPr>
        <w:lastRenderedPageBreak/>
        <w:drawing>
          <wp:inline distT="0" distB="0" distL="0" distR="0">
            <wp:extent cx="6309360" cy="24160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41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  <w:lang w:val="ru-RU"/>
        </w:rPr>
      </w:pPr>
      <w:proofErr w:type="spellStart"/>
      <w:r w:rsidRPr="00107E14">
        <w:rPr>
          <w:b/>
          <w:bCs/>
          <w:lang w:val="ru-RU"/>
        </w:rPr>
        <w:t>Інтернет-сервіси</w:t>
      </w:r>
      <w:proofErr w:type="spellEnd"/>
      <w:r w:rsidRPr="00107E14">
        <w:rPr>
          <w:b/>
          <w:bCs/>
          <w:lang w:val="ru-RU"/>
        </w:rPr>
        <w:t xml:space="preserve">, </w:t>
      </w:r>
      <w:proofErr w:type="spellStart"/>
      <w:r w:rsidRPr="00107E14">
        <w:rPr>
          <w:b/>
          <w:bCs/>
          <w:lang w:val="ru-RU"/>
        </w:rPr>
        <w:t>що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використовуються</w:t>
      </w:r>
      <w:proofErr w:type="spellEnd"/>
      <w:r w:rsidRPr="00107E14">
        <w:rPr>
          <w:b/>
          <w:bCs/>
          <w:lang w:val="ru-RU"/>
        </w:rPr>
        <w:t xml:space="preserve"> для </w:t>
      </w:r>
      <w:proofErr w:type="spellStart"/>
      <w:r w:rsidR="00107E14">
        <w:rPr>
          <w:b/>
          <w:bCs/>
          <w:lang w:val="ru-RU"/>
        </w:rPr>
        <w:t>самостійної</w:t>
      </w:r>
      <w:proofErr w:type="spellEnd"/>
      <w:r w:rsidR="00107E14">
        <w:rPr>
          <w:b/>
          <w:bCs/>
          <w:lang w:val="ru-RU"/>
        </w:rPr>
        <w:t xml:space="preserve"> </w:t>
      </w:r>
      <w:proofErr w:type="spellStart"/>
      <w:r w:rsidR="00107E14">
        <w:rPr>
          <w:b/>
          <w:bCs/>
          <w:lang w:val="ru-RU"/>
        </w:rPr>
        <w:t>роботи</w:t>
      </w:r>
      <w:proofErr w:type="spellEnd"/>
    </w:p>
    <w:p w:rsidR="00445B36" w:rsidRDefault="00000000">
      <w:r>
        <w:rPr>
          <w:noProof/>
        </w:rPr>
        <w:drawing>
          <wp:inline distT="0" distB="0" distL="0" distR="0">
            <wp:extent cx="6309360" cy="2831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83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  <w:lang w:val="ru-RU"/>
        </w:rPr>
      </w:pPr>
      <w:proofErr w:type="spellStart"/>
      <w:r w:rsidRPr="00107E14">
        <w:rPr>
          <w:b/>
          <w:bCs/>
          <w:lang w:val="ru-RU"/>
        </w:rPr>
        <w:t>Оцінка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актуальності</w:t>
      </w:r>
      <w:proofErr w:type="spellEnd"/>
      <w:r w:rsidRPr="00107E14">
        <w:rPr>
          <w:b/>
          <w:bCs/>
          <w:lang w:val="ru-RU"/>
        </w:rPr>
        <w:t xml:space="preserve"> тем для самостійного вивчення</w:t>
      </w:r>
    </w:p>
    <w:p w:rsidR="00445B36" w:rsidRDefault="00000000">
      <w:r>
        <w:rPr>
          <w:noProof/>
        </w:rPr>
        <w:drawing>
          <wp:inline distT="0" distB="0" distL="0" distR="0">
            <wp:extent cx="6309360" cy="275862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305226" w:rsidRDefault="00445B36">
      <w:pPr>
        <w:rPr>
          <w:lang w:val="ru-RU"/>
        </w:rPr>
      </w:pPr>
    </w:p>
    <w:p w:rsidR="00445B36" w:rsidRPr="00107E14" w:rsidRDefault="00000000" w:rsidP="00107E14">
      <w:pPr>
        <w:rPr>
          <w:b/>
          <w:bCs/>
          <w:lang w:val="ru-RU"/>
        </w:rPr>
      </w:pPr>
      <w:proofErr w:type="spellStart"/>
      <w:r w:rsidRPr="00107E14">
        <w:rPr>
          <w:b/>
          <w:bCs/>
          <w:lang w:val="ru-RU"/>
        </w:rPr>
        <w:t>Вплив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результатів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="00107E14">
        <w:rPr>
          <w:b/>
          <w:bCs/>
          <w:lang w:val="ru-RU"/>
        </w:rPr>
        <w:t>самостійної</w:t>
      </w:r>
      <w:proofErr w:type="spellEnd"/>
      <w:r w:rsidR="00107E14">
        <w:rPr>
          <w:b/>
          <w:bCs/>
          <w:lang w:val="ru-RU"/>
        </w:rPr>
        <w:t xml:space="preserve"> </w:t>
      </w:r>
      <w:proofErr w:type="spellStart"/>
      <w:r w:rsidR="00107E14">
        <w:rPr>
          <w:b/>
          <w:bCs/>
          <w:lang w:val="ru-RU"/>
        </w:rPr>
        <w:t>роботи</w:t>
      </w:r>
      <w:proofErr w:type="spellEnd"/>
      <w:r w:rsidRPr="00107E14">
        <w:rPr>
          <w:b/>
          <w:bCs/>
          <w:lang w:val="ru-RU"/>
        </w:rPr>
        <w:t xml:space="preserve"> на </w:t>
      </w:r>
      <w:proofErr w:type="spellStart"/>
      <w:r w:rsidRPr="00107E14">
        <w:rPr>
          <w:b/>
          <w:bCs/>
          <w:lang w:val="ru-RU"/>
        </w:rPr>
        <w:t>підсумкове</w:t>
      </w:r>
      <w:proofErr w:type="spellEnd"/>
      <w:r w:rsidRPr="00107E14">
        <w:rPr>
          <w:b/>
          <w:bCs/>
          <w:lang w:val="ru-RU"/>
        </w:rPr>
        <w:t xml:space="preserve"> </w:t>
      </w:r>
      <w:proofErr w:type="spellStart"/>
      <w:r w:rsidRPr="00107E14">
        <w:rPr>
          <w:b/>
          <w:bCs/>
          <w:lang w:val="ru-RU"/>
        </w:rPr>
        <w:t>оцінювання</w:t>
      </w:r>
      <w:proofErr w:type="spellEnd"/>
    </w:p>
    <w:p w:rsidR="00445B36" w:rsidRDefault="00000000">
      <w:r>
        <w:rPr>
          <w:noProof/>
        </w:rPr>
        <w:drawing>
          <wp:inline distT="0" distB="0" distL="0" distR="0">
            <wp:extent cx="6309360" cy="27655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305226" w:rsidRDefault="00445B36">
      <w:pPr>
        <w:rPr>
          <w:lang w:val="ru-RU"/>
        </w:rPr>
      </w:pPr>
    </w:p>
    <w:p w:rsidR="00445B36" w:rsidRPr="00107E14" w:rsidRDefault="00000000" w:rsidP="00107E14">
      <w:pPr>
        <w:rPr>
          <w:b/>
          <w:bCs/>
          <w:lang w:val="ru-RU"/>
        </w:rPr>
      </w:pPr>
      <w:r w:rsidRPr="00107E14">
        <w:rPr>
          <w:b/>
          <w:bCs/>
          <w:lang w:val="ru-RU"/>
        </w:rPr>
        <w:t>Ставлення студентів до самостійної роботи</w:t>
      </w:r>
    </w:p>
    <w:p w:rsidR="00445B36" w:rsidRDefault="00000000">
      <w:r>
        <w:rPr>
          <w:noProof/>
        </w:rPr>
        <w:drawing>
          <wp:inline distT="0" distB="0" distL="0" distR="0">
            <wp:extent cx="6309360" cy="27551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0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5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Pr="00107E14" w:rsidRDefault="00000000" w:rsidP="00107E14">
      <w:pPr>
        <w:rPr>
          <w:b/>
          <w:bCs/>
          <w:lang w:val="ru-RU"/>
        </w:rPr>
      </w:pPr>
      <w:proofErr w:type="spellStart"/>
      <w:r w:rsidRPr="00107E14">
        <w:rPr>
          <w:b/>
          <w:bCs/>
          <w:lang w:val="ru-RU"/>
        </w:rPr>
        <w:t>Зацікавленість</w:t>
      </w:r>
      <w:proofErr w:type="spellEnd"/>
      <w:r w:rsidRPr="00107E14">
        <w:rPr>
          <w:b/>
          <w:bCs/>
          <w:lang w:val="ru-RU"/>
        </w:rPr>
        <w:t xml:space="preserve"> у </w:t>
      </w:r>
      <w:proofErr w:type="spellStart"/>
      <w:r w:rsidRPr="00107E14">
        <w:rPr>
          <w:b/>
          <w:bCs/>
          <w:lang w:val="ru-RU"/>
        </w:rPr>
        <w:t>змінах</w:t>
      </w:r>
      <w:proofErr w:type="spellEnd"/>
      <w:r w:rsidRPr="00107E14">
        <w:rPr>
          <w:b/>
          <w:bCs/>
          <w:lang w:val="ru-RU"/>
        </w:rPr>
        <w:t xml:space="preserve"> за результатами опитування</w:t>
      </w:r>
    </w:p>
    <w:p w:rsidR="00445B36" w:rsidRDefault="00000000">
      <w:r>
        <w:rPr>
          <w:noProof/>
        </w:rPr>
        <w:lastRenderedPageBreak/>
        <w:drawing>
          <wp:inline distT="0" distB="0" distL="0" distR="0">
            <wp:extent cx="6309360" cy="275862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7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B36" w:rsidRDefault="00445B36"/>
    <w:p w:rsidR="00445B36" w:rsidRDefault="00000000">
      <w:r>
        <w:br w:type="page"/>
      </w:r>
    </w:p>
    <w:p w:rsidR="00445B36" w:rsidRPr="00107E14" w:rsidRDefault="00000000" w:rsidP="00107E14">
      <w:pPr>
        <w:rPr>
          <w:b/>
          <w:bCs/>
          <w:lang w:val="uk-UA"/>
        </w:rPr>
      </w:pPr>
      <w:proofErr w:type="spellStart"/>
      <w:r w:rsidRPr="00107E14">
        <w:rPr>
          <w:b/>
          <w:bCs/>
        </w:rPr>
        <w:lastRenderedPageBreak/>
        <w:t>Аналі</w:t>
      </w:r>
      <w:proofErr w:type="spellEnd"/>
      <w:r w:rsidR="0079204C" w:rsidRPr="00107E14">
        <w:rPr>
          <w:b/>
          <w:bCs/>
          <w:lang w:val="uk-UA"/>
        </w:rPr>
        <w:t>з отриманих результатів: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rPr>
          <w:sz w:val="24"/>
          <w:szCs w:val="24"/>
          <w:lang w:val="ru-RU"/>
        </w:rPr>
      </w:pPr>
      <w:proofErr w:type="spellStart"/>
      <w:r w:rsidRPr="00643305">
        <w:rPr>
          <w:sz w:val="24"/>
          <w:szCs w:val="24"/>
          <w:lang w:val="ru-RU"/>
        </w:rPr>
        <w:t>Вибірка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охоплює</w:t>
      </w:r>
      <w:proofErr w:type="spellEnd"/>
      <w:r w:rsidRPr="00643305">
        <w:rPr>
          <w:sz w:val="24"/>
          <w:szCs w:val="24"/>
          <w:lang w:val="ru-RU"/>
        </w:rPr>
        <w:t xml:space="preserve"> 15 </w:t>
      </w:r>
      <w:proofErr w:type="spellStart"/>
      <w:r w:rsidRPr="00643305">
        <w:rPr>
          <w:sz w:val="24"/>
          <w:szCs w:val="24"/>
          <w:lang w:val="ru-RU"/>
        </w:rPr>
        <w:t>студентів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освітньої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програми</w:t>
      </w:r>
      <w:proofErr w:type="spellEnd"/>
      <w:r w:rsidRPr="00643305">
        <w:rPr>
          <w:sz w:val="24"/>
          <w:szCs w:val="24"/>
          <w:lang w:val="ru-RU"/>
        </w:rPr>
        <w:t xml:space="preserve"> «Менеджмент»: 8 студентів 3 курсу, 3 — 2 курсу та 4 — 1 курсу.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 xml:space="preserve">Найпоширеніший обсяг </w:t>
      </w:r>
      <w:proofErr w:type="spellStart"/>
      <w:r w:rsidRPr="00643305">
        <w:rPr>
          <w:sz w:val="24"/>
          <w:szCs w:val="24"/>
          <w:lang w:val="ru-RU"/>
        </w:rPr>
        <w:t>щоденної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самостійної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роботи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r w:rsidR="00107E14" w:rsidRPr="00643305">
        <w:rPr>
          <w:sz w:val="24"/>
          <w:szCs w:val="24"/>
          <w:lang w:val="ru-RU"/>
        </w:rPr>
        <w:t>-</w:t>
      </w:r>
      <w:r w:rsidRPr="00643305">
        <w:rPr>
          <w:sz w:val="24"/>
          <w:szCs w:val="24"/>
          <w:lang w:val="ru-RU"/>
        </w:rPr>
        <w:t xml:space="preserve"> 1,5–3 </w:t>
      </w:r>
      <w:proofErr w:type="spellStart"/>
      <w:r w:rsidRPr="00643305">
        <w:rPr>
          <w:sz w:val="24"/>
          <w:szCs w:val="24"/>
          <w:lang w:val="ru-RU"/>
        </w:rPr>
        <w:t>години</w:t>
      </w:r>
      <w:proofErr w:type="spellEnd"/>
      <w:r w:rsidRPr="00643305">
        <w:rPr>
          <w:sz w:val="24"/>
          <w:szCs w:val="24"/>
          <w:lang w:val="ru-RU"/>
        </w:rPr>
        <w:t xml:space="preserve"> (8 із 15 респондентів, 53,3%). Водночас 3 студенти працюють 3–4 години або більше 4 годин, що свідчить про значну індивідуальну варіативність навантаження.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 xml:space="preserve">Домінуючими видами </w:t>
      </w:r>
      <w:proofErr w:type="spellStart"/>
      <w:r w:rsidR="00107E14" w:rsidRPr="00643305">
        <w:rPr>
          <w:sz w:val="24"/>
          <w:szCs w:val="24"/>
          <w:lang w:val="ru-RU"/>
        </w:rPr>
        <w:t>самостійної</w:t>
      </w:r>
      <w:proofErr w:type="spellEnd"/>
      <w:r w:rsidR="00107E14" w:rsidRPr="00643305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107E14" w:rsidRPr="00643305">
        <w:rPr>
          <w:sz w:val="24"/>
          <w:szCs w:val="24"/>
          <w:lang w:val="ru-RU"/>
        </w:rPr>
        <w:t>роботи</w:t>
      </w:r>
      <w:proofErr w:type="spellEnd"/>
      <w:r w:rsidR="00107E14" w:rsidRPr="00643305">
        <w:rPr>
          <w:sz w:val="24"/>
          <w:szCs w:val="24"/>
          <w:lang w:val="ru-RU"/>
        </w:rPr>
        <w:t xml:space="preserve"> </w:t>
      </w:r>
      <w:r w:rsidRPr="00643305">
        <w:rPr>
          <w:sz w:val="24"/>
          <w:szCs w:val="24"/>
          <w:lang w:val="ru-RU"/>
        </w:rPr>
        <w:t xml:space="preserve"> є</w:t>
      </w:r>
      <w:proofErr w:type="gramEnd"/>
      <w:r w:rsidRPr="00643305">
        <w:rPr>
          <w:sz w:val="24"/>
          <w:szCs w:val="24"/>
          <w:lang w:val="ru-RU"/>
        </w:rPr>
        <w:t xml:space="preserve"> виконання курсової роботи/проєкту (13 згадувань), опрацювання лекційного матеріалу (12), а також </w:t>
      </w:r>
      <w:proofErr w:type="spellStart"/>
      <w:r w:rsidRPr="00643305">
        <w:rPr>
          <w:sz w:val="24"/>
          <w:szCs w:val="24"/>
          <w:lang w:val="ru-RU"/>
        </w:rPr>
        <w:t>підготовка</w:t>
      </w:r>
      <w:proofErr w:type="spellEnd"/>
      <w:r w:rsidRPr="00643305">
        <w:rPr>
          <w:sz w:val="24"/>
          <w:szCs w:val="24"/>
          <w:lang w:val="ru-RU"/>
        </w:rPr>
        <w:t xml:space="preserve"> до</w:t>
      </w:r>
      <w:r w:rsidR="00107E14" w:rsidRPr="00643305">
        <w:rPr>
          <w:sz w:val="24"/>
          <w:szCs w:val="24"/>
          <w:lang w:val="ru-RU"/>
        </w:rPr>
        <w:t xml:space="preserve"> </w:t>
      </w:r>
      <w:proofErr w:type="spellStart"/>
      <w:r w:rsidR="00107E14" w:rsidRPr="00643305">
        <w:rPr>
          <w:sz w:val="24"/>
          <w:szCs w:val="24"/>
          <w:lang w:val="ru-RU"/>
        </w:rPr>
        <w:t>практичних</w:t>
      </w:r>
      <w:proofErr w:type="spellEnd"/>
      <w:r w:rsidR="00107E14" w:rsidRPr="00643305">
        <w:rPr>
          <w:sz w:val="24"/>
          <w:szCs w:val="24"/>
          <w:lang w:val="ru-RU"/>
        </w:rPr>
        <w:t xml:space="preserve"> занять.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rPr>
          <w:sz w:val="24"/>
          <w:szCs w:val="24"/>
          <w:lang w:val="ru-RU"/>
        </w:rPr>
      </w:pPr>
      <w:proofErr w:type="spellStart"/>
      <w:r w:rsidRPr="00643305">
        <w:rPr>
          <w:sz w:val="24"/>
          <w:szCs w:val="24"/>
          <w:lang w:val="ru-RU"/>
        </w:rPr>
        <w:t>Основними</w:t>
      </w:r>
      <w:proofErr w:type="spellEnd"/>
      <w:r w:rsidRPr="00643305">
        <w:rPr>
          <w:sz w:val="24"/>
          <w:szCs w:val="24"/>
          <w:lang w:val="ru-RU"/>
        </w:rPr>
        <w:t xml:space="preserve"> каналами </w:t>
      </w:r>
      <w:proofErr w:type="spellStart"/>
      <w:r w:rsidRPr="00643305">
        <w:rPr>
          <w:sz w:val="24"/>
          <w:szCs w:val="24"/>
          <w:lang w:val="ru-RU"/>
        </w:rPr>
        <w:t>отримання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інформації</w:t>
      </w:r>
      <w:proofErr w:type="spellEnd"/>
      <w:r w:rsidRPr="00643305">
        <w:rPr>
          <w:sz w:val="24"/>
          <w:szCs w:val="24"/>
          <w:lang w:val="ru-RU"/>
        </w:rPr>
        <w:t xml:space="preserve"> про </w:t>
      </w:r>
      <w:proofErr w:type="spellStart"/>
      <w:r w:rsidRPr="00643305">
        <w:rPr>
          <w:sz w:val="24"/>
          <w:szCs w:val="24"/>
          <w:lang w:val="ru-RU"/>
        </w:rPr>
        <w:t>завдання</w:t>
      </w:r>
      <w:proofErr w:type="spellEnd"/>
      <w:r w:rsidRPr="00643305">
        <w:rPr>
          <w:sz w:val="24"/>
          <w:szCs w:val="24"/>
          <w:lang w:val="ru-RU"/>
        </w:rPr>
        <w:t xml:space="preserve"> є </w:t>
      </w:r>
      <w:proofErr w:type="spellStart"/>
      <w:r w:rsidRPr="00643305">
        <w:rPr>
          <w:sz w:val="24"/>
          <w:szCs w:val="24"/>
          <w:lang w:val="ru-RU"/>
        </w:rPr>
        <w:t>лекційні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заняття</w:t>
      </w:r>
      <w:proofErr w:type="spellEnd"/>
      <w:r w:rsidRPr="00643305">
        <w:rPr>
          <w:sz w:val="24"/>
          <w:szCs w:val="24"/>
          <w:lang w:val="ru-RU"/>
        </w:rPr>
        <w:t xml:space="preserve"> (13) та </w:t>
      </w:r>
      <w:proofErr w:type="spellStart"/>
      <w:r w:rsidRPr="00643305">
        <w:rPr>
          <w:sz w:val="24"/>
          <w:szCs w:val="24"/>
          <w:lang w:val="ru-RU"/>
        </w:rPr>
        <w:t>методичні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вказівки</w:t>
      </w:r>
      <w:proofErr w:type="spellEnd"/>
      <w:r w:rsidRPr="00643305">
        <w:rPr>
          <w:sz w:val="24"/>
          <w:szCs w:val="24"/>
          <w:lang w:val="ru-RU"/>
        </w:rPr>
        <w:t xml:space="preserve"> (10).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jc w:val="both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>Переважна більшість студентів отримує матеріали від викладача в інформаційному пакеті дисципліни (13). Додатково 7 студентів користуються посиланнями викладача, а 4 повністю шукають матеріали самостійно.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jc w:val="both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 xml:space="preserve">Найчастіше використовуються пошукові системи та освітні сайти (по 12 згадувань). </w:t>
      </w:r>
      <w:proofErr w:type="spellStart"/>
      <w:r w:rsidRPr="00643305">
        <w:rPr>
          <w:sz w:val="24"/>
          <w:szCs w:val="24"/>
          <w:lang w:val="ru-RU"/>
        </w:rPr>
        <w:t>Соціальні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мережі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використовують</w:t>
      </w:r>
      <w:proofErr w:type="spellEnd"/>
      <w:r w:rsidRPr="00643305">
        <w:rPr>
          <w:sz w:val="24"/>
          <w:szCs w:val="24"/>
          <w:lang w:val="ru-RU"/>
        </w:rPr>
        <w:t xml:space="preserve"> 4 </w:t>
      </w:r>
      <w:proofErr w:type="spellStart"/>
      <w:r w:rsidRPr="00643305">
        <w:rPr>
          <w:sz w:val="24"/>
          <w:szCs w:val="24"/>
          <w:lang w:val="ru-RU"/>
        </w:rPr>
        <w:t>студенти</w:t>
      </w:r>
      <w:proofErr w:type="spellEnd"/>
      <w:r w:rsidRPr="00643305">
        <w:rPr>
          <w:sz w:val="24"/>
          <w:szCs w:val="24"/>
          <w:lang w:val="ru-RU"/>
        </w:rPr>
        <w:t xml:space="preserve">; блоги та </w:t>
      </w:r>
      <w:r w:rsidRPr="00643305">
        <w:rPr>
          <w:sz w:val="24"/>
          <w:szCs w:val="24"/>
        </w:rPr>
        <w:t>wiki</w:t>
      </w:r>
      <w:r w:rsidRPr="00643305">
        <w:rPr>
          <w:sz w:val="24"/>
          <w:szCs w:val="24"/>
          <w:lang w:val="ru-RU"/>
        </w:rPr>
        <w:t>-</w:t>
      </w:r>
      <w:proofErr w:type="spellStart"/>
      <w:r w:rsidRPr="00643305">
        <w:rPr>
          <w:sz w:val="24"/>
          <w:szCs w:val="24"/>
          <w:lang w:val="ru-RU"/>
        </w:rPr>
        <w:t>ресурси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r w:rsidR="00107E14" w:rsidRPr="00643305">
        <w:rPr>
          <w:sz w:val="24"/>
          <w:szCs w:val="24"/>
          <w:lang w:val="ru-RU"/>
        </w:rPr>
        <w:t>-</w:t>
      </w:r>
      <w:r w:rsidRPr="00643305">
        <w:rPr>
          <w:sz w:val="24"/>
          <w:szCs w:val="24"/>
          <w:lang w:val="ru-RU"/>
        </w:rPr>
        <w:t xml:space="preserve"> по 2; </w:t>
      </w:r>
      <w:r w:rsidRPr="00643305">
        <w:rPr>
          <w:sz w:val="24"/>
          <w:szCs w:val="24"/>
        </w:rPr>
        <w:t>YouTube</w:t>
      </w:r>
      <w:r w:rsidRPr="00643305">
        <w:rPr>
          <w:sz w:val="24"/>
          <w:szCs w:val="24"/>
          <w:lang w:val="ru-RU"/>
        </w:rPr>
        <w:t xml:space="preserve"> </w:t>
      </w:r>
      <w:r w:rsidR="00107E14" w:rsidRPr="00643305">
        <w:rPr>
          <w:sz w:val="24"/>
          <w:szCs w:val="24"/>
          <w:lang w:val="ru-RU"/>
        </w:rPr>
        <w:t xml:space="preserve">- </w:t>
      </w:r>
      <w:r w:rsidRPr="00643305">
        <w:rPr>
          <w:sz w:val="24"/>
          <w:szCs w:val="24"/>
          <w:lang w:val="ru-RU"/>
        </w:rPr>
        <w:t>1.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jc w:val="both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 xml:space="preserve">Актуальність тем оцінено переважно високо: 5 студентів поставили 5 балів, 9 </w:t>
      </w:r>
      <w:r w:rsidR="00107E14" w:rsidRPr="00643305">
        <w:rPr>
          <w:sz w:val="24"/>
          <w:szCs w:val="24"/>
          <w:lang w:val="ru-RU"/>
        </w:rPr>
        <w:t>-</w:t>
      </w:r>
      <w:r w:rsidRPr="00643305">
        <w:rPr>
          <w:sz w:val="24"/>
          <w:szCs w:val="24"/>
          <w:lang w:val="ru-RU"/>
        </w:rPr>
        <w:t xml:space="preserve"> 4 </w:t>
      </w:r>
      <w:proofErr w:type="spellStart"/>
      <w:r w:rsidRPr="00643305">
        <w:rPr>
          <w:sz w:val="24"/>
          <w:szCs w:val="24"/>
          <w:lang w:val="ru-RU"/>
        </w:rPr>
        <w:t>бали</w:t>
      </w:r>
      <w:proofErr w:type="spellEnd"/>
      <w:r w:rsidRPr="00643305">
        <w:rPr>
          <w:sz w:val="24"/>
          <w:szCs w:val="24"/>
          <w:lang w:val="ru-RU"/>
        </w:rPr>
        <w:t xml:space="preserve">, </w:t>
      </w:r>
      <w:proofErr w:type="spellStart"/>
      <w:r w:rsidRPr="00643305">
        <w:rPr>
          <w:sz w:val="24"/>
          <w:szCs w:val="24"/>
          <w:lang w:val="ru-RU"/>
        </w:rPr>
        <w:t>лише</w:t>
      </w:r>
      <w:proofErr w:type="spellEnd"/>
      <w:r w:rsidRPr="00643305">
        <w:rPr>
          <w:sz w:val="24"/>
          <w:szCs w:val="24"/>
          <w:lang w:val="ru-RU"/>
        </w:rPr>
        <w:t xml:space="preserve"> 1 </w:t>
      </w:r>
      <w:r w:rsidR="00107E14" w:rsidRPr="00643305">
        <w:rPr>
          <w:sz w:val="24"/>
          <w:szCs w:val="24"/>
          <w:lang w:val="ru-RU"/>
        </w:rPr>
        <w:t>-</w:t>
      </w:r>
      <w:r w:rsidRPr="00643305">
        <w:rPr>
          <w:sz w:val="24"/>
          <w:szCs w:val="24"/>
          <w:lang w:val="ru-RU"/>
        </w:rPr>
        <w:t xml:space="preserve"> 3 </w:t>
      </w:r>
      <w:proofErr w:type="spellStart"/>
      <w:r w:rsidRPr="00643305">
        <w:rPr>
          <w:sz w:val="24"/>
          <w:szCs w:val="24"/>
          <w:lang w:val="ru-RU"/>
        </w:rPr>
        <w:t>бали</w:t>
      </w:r>
      <w:proofErr w:type="spellEnd"/>
      <w:r w:rsidRPr="00643305">
        <w:rPr>
          <w:sz w:val="24"/>
          <w:szCs w:val="24"/>
          <w:lang w:val="ru-RU"/>
        </w:rPr>
        <w:t xml:space="preserve">. </w:t>
      </w:r>
      <w:proofErr w:type="spellStart"/>
      <w:r w:rsidRPr="00643305">
        <w:rPr>
          <w:sz w:val="24"/>
          <w:szCs w:val="24"/>
          <w:lang w:val="ru-RU"/>
        </w:rPr>
        <w:t>Середня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оцінка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актуальності</w:t>
      </w:r>
      <w:proofErr w:type="spellEnd"/>
      <w:r w:rsidRPr="00643305">
        <w:rPr>
          <w:sz w:val="24"/>
          <w:szCs w:val="24"/>
          <w:lang w:val="ru-RU"/>
        </w:rPr>
        <w:t xml:space="preserve"> становить 4,27 бала з 5.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jc w:val="both"/>
        <w:rPr>
          <w:sz w:val="24"/>
          <w:szCs w:val="24"/>
          <w:lang w:val="ru-RU"/>
        </w:rPr>
      </w:pPr>
      <w:r w:rsidRPr="00643305">
        <w:rPr>
          <w:sz w:val="24"/>
          <w:szCs w:val="24"/>
          <w:lang w:val="ru-RU"/>
        </w:rPr>
        <w:t xml:space="preserve">У 11 </w:t>
      </w:r>
      <w:proofErr w:type="spellStart"/>
      <w:r w:rsidRPr="00643305">
        <w:rPr>
          <w:sz w:val="24"/>
          <w:szCs w:val="24"/>
          <w:lang w:val="ru-RU"/>
        </w:rPr>
        <w:t>випадках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студенти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зазначили</w:t>
      </w:r>
      <w:proofErr w:type="spellEnd"/>
      <w:r w:rsidRPr="00643305">
        <w:rPr>
          <w:sz w:val="24"/>
          <w:szCs w:val="24"/>
          <w:lang w:val="ru-RU"/>
        </w:rPr>
        <w:t xml:space="preserve">, </w:t>
      </w:r>
      <w:proofErr w:type="spellStart"/>
      <w:r w:rsidRPr="00643305">
        <w:rPr>
          <w:sz w:val="24"/>
          <w:szCs w:val="24"/>
          <w:lang w:val="ru-RU"/>
        </w:rPr>
        <w:t>що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результати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="00107E14" w:rsidRPr="00643305">
        <w:rPr>
          <w:sz w:val="24"/>
          <w:szCs w:val="24"/>
          <w:lang w:val="ru-RU"/>
        </w:rPr>
        <w:t>самостійної</w:t>
      </w:r>
      <w:proofErr w:type="spellEnd"/>
      <w:r w:rsidR="00107E14" w:rsidRPr="00643305">
        <w:rPr>
          <w:sz w:val="24"/>
          <w:szCs w:val="24"/>
          <w:lang w:val="ru-RU"/>
        </w:rPr>
        <w:t xml:space="preserve"> </w:t>
      </w:r>
      <w:proofErr w:type="spellStart"/>
      <w:r w:rsidR="00107E14" w:rsidRPr="00643305">
        <w:rPr>
          <w:sz w:val="24"/>
          <w:szCs w:val="24"/>
          <w:lang w:val="ru-RU"/>
        </w:rPr>
        <w:t>роботи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впливають</w:t>
      </w:r>
      <w:proofErr w:type="spellEnd"/>
      <w:r w:rsidRPr="00643305">
        <w:rPr>
          <w:sz w:val="24"/>
          <w:szCs w:val="24"/>
          <w:lang w:val="ru-RU"/>
        </w:rPr>
        <w:t xml:space="preserve"> на </w:t>
      </w:r>
      <w:proofErr w:type="spellStart"/>
      <w:r w:rsidRPr="00643305">
        <w:rPr>
          <w:sz w:val="24"/>
          <w:szCs w:val="24"/>
          <w:lang w:val="ru-RU"/>
        </w:rPr>
        <w:t>підсумкове</w:t>
      </w:r>
      <w:proofErr w:type="spellEnd"/>
      <w:r w:rsidRPr="00643305">
        <w:rPr>
          <w:sz w:val="24"/>
          <w:szCs w:val="24"/>
          <w:lang w:val="ru-RU"/>
        </w:rPr>
        <w:t xml:space="preserve"> оцінювання. Водночас 3 респонденти вказали на невизначеність критеріїв, що є важливим напрямом для вдосконалення.</w:t>
      </w:r>
    </w:p>
    <w:p w:rsidR="00445B36" w:rsidRPr="00643305" w:rsidRDefault="00000000" w:rsidP="00107E14">
      <w:pPr>
        <w:pStyle w:val="a0"/>
        <w:numPr>
          <w:ilvl w:val="0"/>
          <w:numId w:val="0"/>
        </w:numPr>
        <w:ind w:firstLine="567"/>
        <w:jc w:val="both"/>
        <w:rPr>
          <w:sz w:val="24"/>
          <w:szCs w:val="24"/>
          <w:lang w:val="ru-RU"/>
        </w:rPr>
      </w:pPr>
      <w:proofErr w:type="spellStart"/>
      <w:r w:rsidRPr="00643305">
        <w:rPr>
          <w:sz w:val="24"/>
          <w:szCs w:val="24"/>
          <w:lang w:val="ru-RU"/>
        </w:rPr>
        <w:t>Переважає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позитивне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ставлення</w:t>
      </w:r>
      <w:proofErr w:type="spellEnd"/>
      <w:r w:rsidRPr="00643305">
        <w:rPr>
          <w:sz w:val="24"/>
          <w:szCs w:val="24"/>
          <w:lang w:val="ru-RU"/>
        </w:rPr>
        <w:t xml:space="preserve"> до </w:t>
      </w:r>
      <w:proofErr w:type="spellStart"/>
      <w:r w:rsidR="0079204C" w:rsidRPr="00643305">
        <w:rPr>
          <w:sz w:val="24"/>
          <w:szCs w:val="24"/>
          <w:lang w:val="ru-RU"/>
        </w:rPr>
        <w:t>самостійної</w:t>
      </w:r>
      <w:proofErr w:type="spellEnd"/>
      <w:r w:rsidR="0079204C" w:rsidRPr="00643305">
        <w:rPr>
          <w:sz w:val="24"/>
          <w:szCs w:val="24"/>
          <w:lang w:val="ru-RU"/>
        </w:rPr>
        <w:t xml:space="preserve"> </w:t>
      </w:r>
      <w:proofErr w:type="spellStart"/>
      <w:r w:rsidR="0079204C" w:rsidRPr="00643305">
        <w:rPr>
          <w:sz w:val="24"/>
          <w:szCs w:val="24"/>
          <w:lang w:val="ru-RU"/>
        </w:rPr>
        <w:t>роботи</w:t>
      </w:r>
      <w:proofErr w:type="spellEnd"/>
      <w:r w:rsidRPr="00643305">
        <w:rPr>
          <w:sz w:val="24"/>
          <w:szCs w:val="24"/>
          <w:lang w:val="ru-RU"/>
        </w:rPr>
        <w:t xml:space="preserve">: 11 </w:t>
      </w:r>
      <w:proofErr w:type="spellStart"/>
      <w:r w:rsidRPr="00643305">
        <w:rPr>
          <w:sz w:val="24"/>
          <w:szCs w:val="24"/>
          <w:lang w:val="ru-RU"/>
        </w:rPr>
        <w:t>респондентів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вважають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="00107E14" w:rsidRPr="00643305">
        <w:rPr>
          <w:sz w:val="24"/>
          <w:szCs w:val="24"/>
          <w:lang w:val="ru-RU"/>
        </w:rPr>
        <w:t>її</w:t>
      </w:r>
      <w:proofErr w:type="spellEnd"/>
      <w:r w:rsidR="00107E14"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важливою</w:t>
      </w:r>
      <w:proofErr w:type="spellEnd"/>
      <w:r w:rsidRPr="00643305">
        <w:rPr>
          <w:sz w:val="24"/>
          <w:szCs w:val="24"/>
          <w:lang w:val="ru-RU"/>
        </w:rPr>
        <w:t xml:space="preserve"> для </w:t>
      </w:r>
      <w:proofErr w:type="spellStart"/>
      <w:r w:rsidRPr="00643305">
        <w:rPr>
          <w:sz w:val="24"/>
          <w:szCs w:val="24"/>
          <w:lang w:val="ru-RU"/>
        </w:rPr>
        <w:t>вивчення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дисциплін</w:t>
      </w:r>
      <w:proofErr w:type="spellEnd"/>
      <w:r w:rsidRPr="00643305">
        <w:rPr>
          <w:sz w:val="24"/>
          <w:szCs w:val="24"/>
          <w:lang w:val="ru-RU"/>
        </w:rPr>
        <w:t xml:space="preserve">, 7 пов’язують її з розвитком дисциплінованості та сили </w:t>
      </w:r>
      <w:proofErr w:type="spellStart"/>
      <w:r w:rsidRPr="00643305">
        <w:rPr>
          <w:sz w:val="24"/>
          <w:szCs w:val="24"/>
          <w:lang w:val="ru-RU"/>
        </w:rPr>
        <w:t>волі</w:t>
      </w:r>
      <w:proofErr w:type="spellEnd"/>
      <w:r w:rsidRPr="00643305">
        <w:rPr>
          <w:sz w:val="24"/>
          <w:szCs w:val="24"/>
          <w:lang w:val="ru-RU"/>
        </w:rPr>
        <w:t xml:space="preserve">, 5 </w:t>
      </w:r>
      <w:r w:rsidR="00643305" w:rsidRPr="00643305">
        <w:rPr>
          <w:sz w:val="24"/>
          <w:szCs w:val="24"/>
          <w:lang w:val="ru-RU"/>
        </w:rPr>
        <w:t>-</w:t>
      </w:r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із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майбутньою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професійною</w:t>
      </w:r>
      <w:proofErr w:type="spellEnd"/>
      <w:r w:rsidRPr="00643305">
        <w:rPr>
          <w:sz w:val="24"/>
          <w:szCs w:val="24"/>
          <w:lang w:val="ru-RU"/>
        </w:rPr>
        <w:t xml:space="preserve"> діяльністю. </w:t>
      </w:r>
      <w:proofErr w:type="spellStart"/>
      <w:r w:rsidRPr="00643305">
        <w:rPr>
          <w:sz w:val="24"/>
          <w:szCs w:val="24"/>
          <w:lang w:val="ru-RU"/>
        </w:rPr>
        <w:t>Водночас</w:t>
      </w:r>
      <w:proofErr w:type="spellEnd"/>
      <w:r w:rsidRPr="00643305">
        <w:rPr>
          <w:sz w:val="24"/>
          <w:szCs w:val="24"/>
          <w:lang w:val="ru-RU"/>
        </w:rPr>
        <w:t xml:space="preserve"> 3 </w:t>
      </w:r>
      <w:proofErr w:type="spellStart"/>
      <w:r w:rsidRPr="00643305">
        <w:rPr>
          <w:sz w:val="24"/>
          <w:szCs w:val="24"/>
          <w:lang w:val="ru-RU"/>
        </w:rPr>
        <w:t>студенти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вважають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необхідними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зміни</w:t>
      </w:r>
      <w:proofErr w:type="spellEnd"/>
      <w:r w:rsidRPr="00643305">
        <w:rPr>
          <w:sz w:val="24"/>
          <w:szCs w:val="24"/>
          <w:lang w:val="ru-RU"/>
        </w:rPr>
        <w:t xml:space="preserve"> </w:t>
      </w:r>
      <w:proofErr w:type="spellStart"/>
      <w:r w:rsidRPr="00643305">
        <w:rPr>
          <w:sz w:val="24"/>
          <w:szCs w:val="24"/>
          <w:lang w:val="ru-RU"/>
        </w:rPr>
        <w:t>змісту</w:t>
      </w:r>
      <w:proofErr w:type="spellEnd"/>
      <w:r w:rsidRPr="00643305">
        <w:rPr>
          <w:sz w:val="24"/>
          <w:szCs w:val="24"/>
          <w:lang w:val="ru-RU"/>
        </w:rPr>
        <w:t xml:space="preserve"> та форм СР.</w:t>
      </w:r>
    </w:p>
    <w:p w:rsidR="00445B36" w:rsidRPr="00305226" w:rsidRDefault="00000000" w:rsidP="0064330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r w:rsidRPr="00643305">
        <w:rPr>
          <w:sz w:val="24"/>
          <w:szCs w:val="24"/>
          <w:lang w:val="ru-RU"/>
        </w:rPr>
        <w:t xml:space="preserve">12 </w:t>
      </w:r>
      <w:proofErr w:type="spellStart"/>
      <w:r w:rsidRPr="00643305">
        <w:rPr>
          <w:sz w:val="24"/>
          <w:szCs w:val="24"/>
          <w:lang w:val="ru-RU"/>
        </w:rPr>
        <w:t>із</w:t>
      </w:r>
      <w:proofErr w:type="spellEnd"/>
      <w:r w:rsidRPr="00643305">
        <w:rPr>
          <w:sz w:val="24"/>
          <w:szCs w:val="24"/>
          <w:lang w:val="ru-RU"/>
        </w:rPr>
        <w:t xml:space="preserve"> 15 </w:t>
      </w:r>
      <w:proofErr w:type="spellStart"/>
      <w:r w:rsidRPr="00643305">
        <w:rPr>
          <w:sz w:val="24"/>
          <w:szCs w:val="24"/>
          <w:lang w:val="ru-RU"/>
        </w:rPr>
        <w:t>студентів</w:t>
      </w:r>
      <w:proofErr w:type="spellEnd"/>
      <w:r w:rsidRPr="00643305">
        <w:rPr>
          <w:sz w:val="24"/>
          <w:szCs w:val="24"/>
          <w:lang w:val="ru-RU"/>
        </w:rPr>
        <w:t xml:space="preserve"> (80%) хотіли б знати про зміни або дії, здійснені за результатами опитування. Це свідчить про високий запит на зворотний зв’язок і демонструє доцільність інформування студентів про результати та прийняті управлінські рішення.</w:t>
      </w:r>
    </w:p>
    <w:sectPr w:rsidR="00445B36" w:rsidRPr="00305226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871414">
    <w:abstractNumId w:val="8"/>
  </w:num>
  <w:num w:numId="2" w16cid:durableId="700860543">
    <w:abstractNumId w:val="6"/>
  </w:num>
  <w:num w:numId="3" w16cid:durableId="394085527">
    <w:abstractNumId w:val="5"/>
  </w:num>
  <w:num w:numId="4" w16cid:durableId="1979648817">
    <w:abstractNumId w:val="4"/>
  </w:num>
  <w:num w:numId="5" w16cid:durableId="658384929">
    <w:abstractNumId w:val="7"/>
  </w:num>
  <w:num w:numId="6" w16cid:durableId="1016153714">
    <w:abstractNumId w:val="3"/>
  </w:num>
  <w:num w:numId="7" w16cid:durableId="643311875">
    <w:abstractNumId w:val="2"/>
  </w:num>
  <w:num w:numId="8" w16cid:durableId="771362045">
    <w:abstractNumId w:val="1"/>
  </w:num>
  <w:num w:numId="9" w16cid:durableId="10512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E14"/>
    <w:rsid w:val="0015074B"/>
    <w:rsid w:val="0029639D"/>
    <w:rsid w:val="00305226"/>
    <w:rsid w:val="00326F90"/>
    <w:rsid w:val="00356893"/>
    <w:rsid w:val="00433548"/>
    <w:rsid w:val="00445B36"/>
    <w:rsid w:val="004811CD"/>
    <w:rsid w:val="00643305"/>
    <w:rsid w:val="0079204C"/>
    <w:rsid w:val="00AA1D8D"/>
    <w:rsid w:val="00B47730"/>
    <w:rsid w:val="00B8313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5AAED"/>
  <w14:defaultImageDpi w14:val="300"/>
  <w15:docId w15:val="{0A2CCC5D-A85E-A34C-9617-C0F1190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07E14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4</cp:revision>
  <dcterms:created xsi:type="dcterms:W3CDTF">2026-09-07T15:22:00Z</dcterms:created>
  <dcterms:modified xsi:type="dcterms:W3CDTF">2026-09-10T08:09:00Z</dcterms:modified>
  <cp:category/>
</cp:coreProperties>
</file>