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ED3" w:rsidRPr="00C16B44" w:rsidRDefault="00000000">
      <w:pPr>
        <w:jc w:val="center"/>
        <w:rPr>
          <w:szCs w:val="28"/>
          <w:lang w:val="ru-RU"/>
        </w:rPr>
      </w:pPr>
      <w:r w:rsidRPr="00C16B44">
        <w:rPr>
          <w:b/>
          <w:szCs w:val="28"/>
          <w:lang w:val="ru-RU"/>
        </w:rPr>
        <w:t>УЗАГАЛЬНЮЮЧІ ДІАГРАМИ</w:t>
      </w:r>
      <w:r w:rsidRPr="00C16B44">
        <w:rPr>
          <w:b/>
          <w:szCs w:val="28"/>
          <w:lang w:val="ru-RU"/>
        </w:rPr>
        <w:br/>
        <w:t xml:space="preserve">за результатами </w:t>
      </w:r>
      <w:proofErr w:type="spellStart"/>
      <w:r w:rsidRPr="00C16B44">
        <w:rPr>
          <w:b/>
          <w:szCs w:val="28"/>
          <w:lang w:val="ru-RU"/>
        </w:rPr>
        <w:t>опитування</w:t>
      </w:r>
      <w:proofErr w:type="spellEnd"/>
      <w:r w:rsidRPr="00C16B44">
        <w:rPr>
          <w:b/>
          <w:szCs w:val="28"/>
          <w:lang w:val="ru-RU"/>
        </w:rPr>
        <w:t xml:space="preserve"> </w:t>
      </w:r>
      <w:proofErr w:type="spellStart"/>
      <w:r w:rsidRPr="00C16B44">
        <w:rPr>
          <w:b/>
          <w:szCs w:val="28"/>
          <w:lang w:val="ru-RU"/>
        </w:rPr>
        <w:t>щодо</w:t>
      </w:r>
      <w:proofErr w:type="spellEnd"/>
      <w:r w:rsidRPr="00C16B44">
        <w:rPr>
          <w:b/>
          <w:szCs w:val="28"/>
          <w:lang w:val="ru-RU"/>
        </w:rPr>
        <w:t xml:space="preserve"> </w:t>
      </w:r>
      <w:proofErr w:type="spellStart"/>
      <w:r w:rsidRPr="00C16B44">
        <w:rPr>
          <w:b/>
          <w:szCs w:val="28"/>
          <w:lang w:val="ru-RU"/>
        </w:rPr>
        <w:t>якості</w:t>
      </w:r>
      <w:proofErr w:type="spellEnd"/>
      <w:r w:rsidRPr="00C16B44">
        <w:rPr>
          <w:b/>
          <w:szCs w:val="28"/>
          <w:lang w:val="ru-RU"/>
        </w:rPr>
        <w:t xml:space="preserve"> </w:t>
      </w:r>
      <w:proofErr w:type="spellStart"/>
      <w:r w:rsidRPr="00C16B44">
        <w:rPr>
          <w:b/>
          <w:szCs w:val="28"/>
          <w:lang w:val="ru-RU"/>
        </w:rPr>
        <w:t>викладання</w:t>
      </w:r>
      <w:proofErr w:type="spellEnd"/>
      <w:r w:rsidRPr="00C16B44">
        <w:rPr>
          <w:b/>
          <w:szCs w:val="28"/>
          <w:lang w:val="ru-RU"/>
        </w:rPr>
        <w:br/>
      </w:r>
      <w:proofErr w:type="spellStart"/>
      <w:r w:rsidRPr="00C16B44">
        <w:rPr>
          <w:b/>
          <w:szCs w:val="28"/>
          <w:lang w:val="ru-RU"/>
        </w:rPr>
        <w:t>спеціальності</w:t>
      </w:r>
      <w:proofErr w:type="spellEnd"/>
      <w:r w:rsidRPr="00C16B44">
        <w:rPr>
          <w:b/>
          <w:szCs w:val="28"/>
          <w:lang w:val="ru-RU"/>
        </w:rPr>
        <w:t xml:space="preserve"> 073 «Менеджмент»</w:t>
      </w:r>
    </w:p>
    <w:p w:rsidR="00C10ED3" w:rsidRPr="009D54E8" w:rsidRDefault="00000000">
      <w:pPr>
        <w:jc w:val="center"/>
        <w:rPr>
          <w:lang w:val="ru-RU"/>
        </w:rPr>
      </w:pPr>
      <w:r w:rsidRPr="009D54E8">
        <w:rPr>
          <w:sz w:val="24"/>
          <w:lang w:val="ru-RU"/>
        </w:rPr>
        <w:t>Весна 2026 року</w:t>
      </w:r>
    </w:p>
    <w:p w:rsidR="00C10ED3" w:rsidRPr="009D54E8" w:rsidRDefault="00C10ED3">
      <w:pPr>
        <w:rPr>
          <w:lang w:val="ru-RU"/>
        </w:rPr>
      </w:pPr>
    </w:p>
    <w:p w:rsidR="00C10ED3" w:rsidRPr="009D54E8" w:rsidRDefault="009D54E8">
      <w:pPr>
        <w:rPr>
          <w:lang w:val="ru-RU"/>
        </w:rPr>
      </w:pPr>
      <w:r>
        <w:rPr>
          <w:b/>
          <w:lang w:val="ru-RU"/>
        </w:rPr>
        <w:t xml:space="preserve">В </w:t>
      </w:r>
      <w:proofErr w:type="spellStart"/>
      <w:r>
        <w:rPr>
          <w:b/>
          <w:lang w:val="ru-RU"/>
        </w:rPr>
        <w:t>анкетуванні</w:t>
      </w:r>
      <w:proofErr w:type="spellEnd"/>
      <w:r>
        <w:rPr>
          <w:b/>
          <w:lang w:val="ru-RU"/>
        </w:rPr>
        <w:t xml:space="preserve"> брали участь </w:t>
      </w:r>
      <w:r w:rsidRPr="009D54E8">
        <w:rPr>
          <w:lang w:val="ru-RU"/>
        </w:rPr>
        <w:t xml:space="preserve">158 </w:t>
      </w:r>
      <w:proofErr w:type="spellStart"/>
      <w:proofErr w:type="gramStart"/>
      <w:r w:rsidRPr="009D54E8">
        <w:rPr>
          <w:lang w:val="ru-RU"/>
        </w:rPr>
        <w:t>здобувачів</w:t>
      </w:r>
      <w:proofErr w:type="spellEnd"/>
      <w:r w:rsidRPr="009D54E8">
        <w:rPr>
          <w:lang w:val="ru-RU"/>
        </w:rPr>
        <w:t xml:space="preserve">  </w:t>
      </w:r>
      <w:proofErr w:type="spellStart"/>
      <w:r w:rsidRPr="009D54E8">
        <w:rPr>
          <w:lang w:val="ru-RU"/>
        </w:rPr>
        <w:t>освітньої</w:t>
      </w:r>
      <w:proofErr w:type="spellEnd"/>
      <w:proofErr w:type="gram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програми</w:t>
      </w:r>
      <w:proofErr w:type="spellEnd"/>
      <w:r w:rsidRPr="009D54E8">
        <w:rPr>
          <w:lang w:val="ru-RU"/>
        </w:rPr>
        <w:t xml:space="preserve"> (073/</w:t>
      </w:r>
      <w:r>
        <w:t>D</w:t>
      </w:r>
      <w:r w:rsidRPr="009D54E8">
        <w:rPr>
          <w:lang w:val="ru-RU"/>
        </w:rPr>
        <w:t xml:space="preserve">3) «Менеджмент». </w:t>
      </w:r>
    </w:p>
    <w:p w:rsidR="00C10ED3" w:rsidRPr="00C16B44" w:rsidRDefault="00000000" w:rsidP="00C16B44">
      <w:pPr>
        <w:rPr>
          <w:rFonts w:cs="Times New Roman"/>
          <w:b/>
          <w:bCs/>
          <w:szCs w:val="28"/>
        </w:rPr>
      </w:pPr>
      <w:proofErr w:type="spellStart"/>
      <w:r w:rsidRPr="00C16B44">
        <w:rPr>
          <w:rFonts w:cs="Times New Roman"/>
          <w:b/>
          <w:bCs/>
          <w:szCs w:val="28"/>
        </w:rPr>
        <w:t>Відвідування</w:t>
      </w:r>
      <w:proofErr w:type="spellEnd"/>
      <w:r w:rsidRPr="00C16B44">
        <w:rPr>
          <w:rFonts w:cs="Times New Roman"/>
          <w:b/>
          <w:bCs/>
          <w:szCs w:val="28"/>
        </w:rPr>
        <w:t xml:space="preserve"> </w:t>
      </w:r>
      <w:proofErr w:type="spellStart"/>
      <w:r w:rsidRPr="00C16B44">
        <w:rPr>
          <w:rFonts w:cs="Times New Roman"/>
          <w:b/>
          <w:bCs/>
          <w:szCs w:val="28"/>
        </w:rPr>
        <w:t>занять</w:t>
      </w:r>
      <w:proofErr w:type="spellEnd"/>
    </w:p>
    <w:p w:rsidR="00C10ED3" w:rsidRDefault="00000000">
      <w:pPr>
        <w:jc w:val="center"/>
      </w:pPr>
      <w:r>
        <w:rPr>
          <w:noProof/>
        </w:rPr>
        <w:drawing>
          <wp:inline distT="0" distB="0" distL="0" distR="0">
            <wp:extent cx="5760000" cy="29750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відвідування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7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ED3" w:rsidRPr="009D54E8" w:rsidRDefault="00000000">
      <w:pPr>
        <w:rPr>
          <w:lang w:val="ru-RU"/>
        </w:rPr>
      </w:pPr>
      <w:proofErr w:type="spellStart"/>
      <w:r w:rsidRPr="00C16B44">
        <w:rPr>
          <w:rFonts w:cs="Times New Roman"/>
          <w:sz w:val="24"/>
          <w:szCs w:val="24"/>
          <w:lang w:val="ru-RU"/>
        </w:rPr>
        <w:t>Переважна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частина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респондентів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(154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осіб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, 97.5%)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відвідала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щонайменше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60% занять</w:t>
      </w:r>
      <w:r w:rsidRPr="009D54E8">
        <w:rPr>
          <w:lang w:val="ru-RU"/>
        </w:rPr>
        <w:t>.</w:t>
      </w:r>
    </w:p>
    <w:p w:rsidR="00C10ED3" w:rsidRPr="00C16B44" w:rsidRDefault="00000000" w:rsidP="00C16B44">
      <w:pPr>
        <w:rPr>
          <w:rFonts w:cs="Times New Roman"/>
          <w:b/>
          <w:bCs/>
          <w:szCs w:val="28"/>
          <w:lang w:val="ru-RU"/>
        </w:rPr>
      </w:pPr>
      <w:r w:rsidRPr="00C16B44"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 w:rsidRPr="00C16B44">
        <w:rPr>
          <w:rFonts w:cs="Times New Roman"/>
          <w:b/>
          <w:bCs/>
          <w:szCs w:val="28"/>
          <w:lang w:val="ru-RU"/>
        </w:rPr>
        <w:t>Інформування</w:t>
      </w:r>
      <w:proofErr w:type="spellEnd"/>
      <w:r w:rsidRPr="00C16B44">
        <w:rPr>
          <w:rFonts w:cs="Times New Roman"/>
          <w:b/>
          <w:bCs/>
          <w:szCs w:val="28"/>
          <w:lang w:val="ru-RU"/>
        </w:rPr>
        <w:t xml:space="preserve"> </w:t>
      </w:r>
      <w:proofErr w:type="spellStart"/>
      <w:r w:rsidRPr="00C16B44">
        <w:rPr>
          <w:rFonts w:cs="Times New Roman"/>
          <w:b/>
          <w:bCs/>
          <w:szCs w:val="28"/>
          <w:lang w:val="ru-RU"/>
        </w:rPr>
        <w:t>студентів</w:t>
      </w:r>
      <w:proofErr w:type="spellEnd"/>
      <w:r w:rsidRPr="00C16B44">
        <w:rPr>
          <w:rFonts w:cs="Times New Roman"/>
          <w:b/>
          <w:bCs/>
          <w:szCs w:val="28"/>
          <w:lang w:val="ru-RU"/>
        </w:rPr>
        <w:t xml:space="preserve"> </w:t>
      </w:r>
      <w:proofErr w:type="gramStart"/>
      <w:r w:rsidRPr="00C16B44">
        <w:rPr>
          <w:rFonts w:cs="Times New Roman"/>
          <w:b/>
          <w:bCs/>
          <w:szCs w:val="28"/>
          <w:lang w:val="ru-RU"/>
        </w:rPr>
        <w:t>на початку</w:t>
      </w:r>
      <w:proofErr w:type="gramEnd"/>
      <w:r w:rsidRPr="00C16B44">
        <w:rPr>
          <w:rFonts w:cs="Times New Roman"/>
          <w:b/>
          <w:bCs/>
          <w:szCs w:val="28"/>
          <w:lang w:val="ru-RU"/>
        </w:rPr>
        <w:t xml:space="preserve"> курсу</w:t>
      </w:r>
    </w:p>
    <w:p w:rsidR="00C10ED3" w:rsidRDefault="00000000">
      <w:pPr>
        <w:jc w:val="center"/>
      </w:pPr>
      <w:r>
        <w:rPr>
          <w:noProof/>
        </w:rPr>
        <w:lastRenderedPageBreak/>
        <w:drawing>
          <wp:inline distT="0" distB="0" distL="0" distR="0">
            <wp:extent cx="5760000" cy="29785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ознайомлення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7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ED3" w:rsidRPr="00C16B44" w:rsidRDefault="00000000" w:rsidP="00C16B44">
      <w:pPr>
        <w:jc w:val="both"/>
        <w:rPr>
          <w:rFonts w:cs="Times New Roman"/>
          <w:sz w:val="24"/>
          <w:szCs w:val="24"/>
          <w:lang w:val="ru-RU"/>
        </w:rPr>
      </w:pPr>
      <w:proofErr w:type="spellStart"/>
      <w:r w:rsidRPr="00C16B44">
        <w:rPr>
          <w:rFonts w:cs="Times New Roman"/>
          <w:sz w:val="24"/>
          <w:szCs w:val="24"/>
          <w:lang w:val="ru-RU"/>
        </w:rPr>
        <w:t>Усі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респонденти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зазначили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, </w:t>
      </w:r>
      <w:proofErr w:type="spellStart"/>
      <w:r w:rsidRPr="00C16B44">
        <w:rPr>
          <w:rFonts w:cs="Times New Roman"/>
          <w:sz w:val="24"/>
          <w:szCs w:val="24"/>
          <w:lang w:val="ru-RU"/>
        </w:rPr>
        <w:t>що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були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ознайомлені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зі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змістом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курсу, системою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оцінювання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та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можливостями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врахування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результатів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неформальної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 (</w:t>
      </w:r>
      <w:proofErr w:type="spellStart"/>
      <w:r w:rsidRPr="00C16B44">
        <w:rPr>
          <w:rFonts w:cs="Times New Roman"/>
          <w:sz w:val="24"/>
          <w:szCs w:val="24"/>
          <w:lang w:val="ru-RU"/>
        </w:rPr>
        <w:t>інформальної</w:t>
      </w:r>
      <w:proofErr w:type="spellEnd"/>
      <w:r w:rsidRPr="00C16B44">
        <w:rPr>
          <w:rFonts w:cs="Times New Roman"/>
          <w:sz w:val="24"/>
          <w:szCs w:val="24"/>
          <w:lang w:val="ru-RU"/>
        </w:rPr>
        <w:t xml:space="preserve">) </w:t>
      </w:r>
      <w:proofErr w:type="spellStart"/>
      <w:r w:rsidRPr="00C16B44">
        <w:rPr>
          <w:rFonts w:cs="Times New Roman"/>
          <w:sz w:val="24"/>
          <w:szCs w:val="24"/>
          <w:lang w:val="ru-RU"/>
        </w:rPr>
        <w:t>освіти</w:t>
      </w:r>
      <w:proofErr w:type="spellEnd"/>
      <w:r w:rsidRPr="00C16B44">
        <w:rPr>
          <w:rFonts w:cs="Times New Roman"/>
          <w:sz w:val="24"/>
          <w:szCs w:val="24"/>
          <w:lang w:val="ru-RU"/>
        </w:rPr>
        <w:t>.</w:t>
      </w:r>
    </w:p>
    <w:p w:rsidR="00C10ED3" w:rsidRPr="00C16B44" w:rsidRDefault="00000000" w:rsidP="00C16B44">
      <w:pPr>
        <w:rPr>
          <w:b/>
          <w:bCs/>
        </w:rPr>
      </w:pPr>
      <w:r w:rsidRPr="001660CB">
        <w:rPr>
          <w:b/>
          <w:bCs/>
          <w:lang w:val="ru-RU"/>
        </w:rPr>
        <w:t xml:space="preserve"> </w:t>
      </w:r>
      <w:proofErr w:type="spellStart"/>
      <w:r w:rsidRPr="00C16B44">
        <w:rPr>
          <w:b/>
          <w:bCs/>
        </w:rPr>
        <w:t>Оцінювання</w:t>
      </w:r>
      <w:proofErr w:type="spellEnd"/>
      <w:r w:rsidRPr="00C16B44">
        <w:rPr>
          <w:b/>
          <w:bCs/>
        </w:rPr>
        <w:t xml:space="preserve"> </w:t>
      </w:r>
      <w:proofErr w:type="spellStart"/>
      <w:r w:rsidRPr="00C16B44">
        <w:rPr>
          <w:b/>
          <w:bCs/>
        </w:rPr>
        <w:t>якості</w:t>
      </w:r>
      <w:proofErr w:type="spellEnd"/>
      <w:r w:rsidRPr="00C16B44">
        <w:rPr>
          <w:b/>
          <w:bCs/>
        </w:rPr>
        <w:t xml:space="preserve"> </w:t>
      </w:r>
      <w:proofErr w:type="spellStart"/>
      <w:r w:rsidRPr="00C16B44">
        <w:rPr>
          <w:b/>
          <w:bCs/>
        </w:rPr>
        <w:t>викладання</w:t>
      </w:r>
      <w:proofErr w:type="spellEnd"/>
    </w:p>
    <w:p w:rsidR="00C10ED3" w:rsidRDefault="00000000">
      <w:pPr>
        <w:jc w:val="center"/>
      </w:pPr>
      <w:r>
        <w:rPr>
          <w:noProof/>
        </w:rPr>
        <w:drawing>
          <wp:inline distT="0" distB="0" distL="0" distR="0">
            <wp:extent cx="5760000" cy="29750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оцінки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7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ED3" w:rsidRPr="00C16B44" w:rsidRDefault="00000000" w:rsidP="00C16B44">
      <w:pPr>
        <w:jc w:val="both"/>
        <w:rPr>
          <w:sz w:val="24"/>
          <w:szCs w:val="24"/>
          <w:lang w:val="ru-RU"/>
        </w:rPr>
      </w:pPr>
      <w:proofErr w:type="spellStart"/>
      <w:r w:rsidRPr="00C16B44">
        <w:rPr>
          <w:sz w:val="24"/>
          <w:szCs w:val="24"/>
          <w:lang w:val="ru-RU"/>
        </w:rPr>
        <w:t>Усі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сім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проаналізованих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аспектів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отримали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середні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оцінки</w:t>
      </w:r>
      <w:proofErr w:type="spellEnd"/>
      <w:r w:rsidRPr="00C16B44">
        <w:rPr>
          <w:sz w:val="24"/>
          <w:szCs w:val="24"/>
          <w:lang w:val="ru-RU"/>
        </w:rPr>
        <w:t xml:space="preserve"> не </w:t>
      </w:r>
      <w:proofErr w:type="spellStart"/>
      <w:r w:rsidRPr="00C16B44">
        <w:rPr>
          <w:sz w:val="24"/>
          <w:szCs w:val="24"/>
          <w:lang w:val="ru-RU"/>
        </w:rPr>
        <w:t>нижче</w:t>
      </w:r>
      <w:proofErr w:type="spellEnd"/>
      <w:r w:rsidRPr="00C16B44">
        <w:rPr>
          <w:sz w:val="24"/>
          <w:szCs w:val="24"/>
          <w:lang w:val="ru-RU"/>
        </w:rPr>
        <w:t xml:space="preserve"> 4.41 бала. </w:t>
      </w:r>
      <w:proofErr w:type="spellStart"/>
      <w:r w:rsidRPr="00C16B44">
        <w:rPr>
          <w:sz w:val="24"/>
          <w:szCs w:val="24"/>
          <w:lang w:val="ru-RU"/>
        </w:rPr>
        <w:t>Найвищою</w:t>
      </w:r>
      <w:proofErr w:type="spellEnd"/>
      <w:r w:rsidRPr="00C16B44">
        <w:rPr>
          <w:sz w:val="24"/>
          <w:szCs w:val="24"/>
          <w:lang w:val="ru-RU"/>
        </w:rPr>
        <w:t xml:space="preserve"> є </w:t>
      </w:r>
      <w:proofErr w:type="spellStart"/>
      <w:r w:rsidRPr="00C16B44">
        <w:rPr>
          <w:sz w:val="24"/>
          <w:szCs w:val="24"/>
          <w:lang w:val="ru-RU"/>
        </w:rPr>
        <w:t>оцінка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володіння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навчальним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матеріалом</w:t>
      </w:r>
      <w:proofErr w:type="spellEnd"/>
      <w:r w:rsidRPr="00C16B44">
        <w:rPr>
          <w:sz w:val="24"/>
          <w:szCs w:val="24"/>
          <w:lang w:val="ru-RU"/>
        </w:rPr>
        <w:t xml:space="preserve"> (4.95), </w:t>
      </w:r>
      <w:proofErr w:type="spellStart"/>
      <w:r w:rsidRPr="00C16B44">
        <w:rPr>
          <w:sz w:val="24"/>
          <w:szCs w:val="24"/>
          <w:lang w:val="ru-RU"/>
        </w:rPr>
        <w:t>найнижчою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серед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наведених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r w:rsidR="00C16B44">
        <w:rPr>
          <w:sz w:val="24"/>
          <w:szCs w:val="24"/>
          <w:lang w:val="ru-RU"/>
        </w:rPr>
        <w:t>-</w:t>
      </w:r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оцінка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вимогливості</w:t>
      </w:r>
      <w:proofErr w:type="spellEnd"/>
      <w:r w:rsidRPr="00C16B44">
        <w:rPr>
          <w:sz w:val="24"/>
          <w:szCs w:val="24"/>
          <w:lang w:val="ru-RU"/>
        </w:rPr>
        <w:t xml:space="preserve"> (4.41), </w:t>
      </w:r>
      <w:proofErr w:type="spellStart"/>
      <w:r w:rsidRPr="00C16B44">
        <w:rPr>
          <w:sz w:val="24"/>
          <w:szCs w:val="24"/>
          <w:lang w:val="ru-RU"/>
        </w:rPr>
        <w:t>що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свідчить</w:t>
      </w:r>
      <w:proofErr w:type="spellEnd"/>
      <w:r w:rsidRPr="00C16B44">
        <w:rPr>
          <w:sz w:val="24"/>
          <w:szCs w:val="24"/>
          <w:lang w:val="ru-RU"/>
        </w:rPr>
        <w:t xml:space="preserve"> про </w:t>
      </w:r>
      <w:proofErr w:type="spellStart"/>
      <w:r w:rsidRPr="00C16B44">
        <w:rPr>
          <w:sz w:val="24"/>
          <w:szCs w:val="24"/>
          <w:lang w:val="ru-RU"/>
        </w:rPr>
        <w:t>загалом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дуже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позитивне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сприйняття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якості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викладання</w:t>
      </w:r>
      <w:proofErr w:type="spellEnd"/>
      <w:r w:rsidRPr="00C16B44">
        <w:rPr>
          <w:sz w:val="24"/>
          <w:szCs w:val="24"/>
          <w:lang w:val="ru-RU"/>
        </w:rPr>
        <w:t>.</w:t>
      </w: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0ED3" w:rsidRPr="00C16B44" w:rsidRDefault="00000000" w:rsidP="00C16B44">
      <w:pPr>
        <w:rPr>
          <w:b/>
          <w:bCs/>
        </w:rPr>
      </w:pPr>
      <w:proofErr w:type="spellStart"/>
      <w:r w:rsidRPr="00C16B44">
        <w:rPr>
          <w:b/>
          <w:bCs/>
        </w:rPr>
        <w:lastRenderedPageBreak/>
        <w:t>Самостійна</w:t>
      </w:r>
      <w:proofErr w:type="spellEnd"/>
      <w:r w:rsidRPr="00C16B44">
        <w:rPr>
          <w:b/>
          <w:bCs/>
        </w:rPr>
        <w:t xml:space="preserve"> </w:t>
      </w:r>
      <w:proofErr w:type="spellStart"/>
      <w:r w:rsidRPr="00C16B44">
        <w:rPr>
          <w:b/>
          <w:bCs/>
        </w:rPr>
        <w:t>робота</w:t>
      </w:r>
      <w:proofErr w:type="spellEnd"/>
      <w:r w:rsidRPr="00C16B44">
        <w:rPr>
          <w:b/>
          <w:bCs/>
        </w:rPr>
        <w:t xml:space="preserve"> </w:t>
      </w:r>
      <w:proofErr w:type="spellStart"/>
      <w:r w:rsidRPr="00C16B44">
        <w:rPr>
          <w:b/>
          <w:bCs/>
        </w:rPr>
        <w:t>студентів</w:t>
      </w:r>
      <w:proofErr w:type="spellEnd"/>
    </w:p>
    <w:p w:rsidR="00C10ED3" w:rsidRDefault="00000000">
      <w:pPr>
        <w:jc w:val="center"/>
      </w:pPr>
      <w:r>
        <w:rPr>
          <w:noProof/>
        </w:rPr>
        <w:drawing>
          <wp:inline distT="0" distB="0" distL="0" distR="0">
            <wp:extent cx="5040000" cy="4512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самостійна_робота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5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ED3" w:rsidRPr="00C16B44" w:rsidRDefault="00000000" w:rsidP="00C16B44">
      <w:pPr>
        <w:jc w:val="both"/>
        <w:rPr>
          <w:sz w:val="24"/>
          <w:szCs w:val="24"/>
          <w:lang w:val="ru-RU"/>
        </w:rPr>
      </w:pPr>
      <w:r w:rsidRPr="00C16B44">
        <w:rPr>
          <w:sz w:val="24"/>
          <w:szCs w:val="24"/>
          <w:lang w:val="ru-RU"/>
        </w:rPr>
        <w:t xml:space="preserve">151 </w:t>
      </w:r>
      <w:proofErr w:type="spellStart"/>
      <w:r w:rsidRPr="00C16B44">
        <w:rPr>
          <w:sz w:val="24"/>
          <w:szCs w:val="24"/>
          <w:lang w:val="ru-RU"/>
        </w:rPr>
        <w:t>респондентів</w:t>
      </w:r>
      <w:proofErr w:type="spellEnd"/>
      <w:r w:rsidRPr="00C16B44">
        <w:rPr>
          <w:sz w:val="24"/>
          <w:szCs w:val="24"/>
          <w:lang w:val="ru-RU"/>
        </w:rPr>
        <w:t xml:space="preserve"> (95.6%) </w:t>
      </w:r>
      <w:proofErr w:type="spellStart"/>
      <w:r w:rsidRPr="00C16B44">
        <w:rPr>
          <w:sz w:val="24"/>
          <w:szCs w:val="24"/>
          <w:lang w:val="ru-RU"/>
        </w:rPr>
        <w:t>зазначили</w:t>
      </w:r>
      <w:proofErr w:type="spellEnd"/>
      <w:r w:rsidRPr="00C16B44">
        <w:rPr>
          <w:sz w:val="24"/>
          <w:szCs w:val="24"/>
          <w:lang w:val="ru-RU"/>
        </w:rPr>
        <w:t xml:space="preserve">, </w:t>
      </w:r>
      <w:proofErr w:type="spellStart"/>
      <w:r w:rsidRPr="00C16B44">
        <w:rPr>
          <w:sz w:val="24"/>
          <w:szCs w:val="24"/>
          <w:lang w:val="ru-RU"/>
        </w:rPr>
        <w:t>що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опрацьовували</w:t>
      </w:r>
      <w:proofErr w:type="spellEnd"/>
      <w:r w:rsidRPr="00C16B44">
        <w:rPr>
          <w:sz w:val="24"/>
          <w:szCs w:val="24"/>
          <w:lang w:val="ru-RU"/>
        </w:rPr>
        <w:t xml:space="preserve"> теми, </w:t>
      </w:r>
      <w:proofErr w:type="spellStart"/>
      <w:r w:rsidRPr="00C16B44">
        <w:rPr>
          <w:sz w:val="24"/>
          <w:szCs w:val="24"/>
          <w:lang w:val="ru-RU"/>
        </w:rPr>
        <w:t>винесені</w:t>
      </w:r>
      <w:proofErr w:type="spellEnd"/>
      <w:r w:rsidRPr="00C16B44">
        <w:rPr>
          <w:sz w:val="24"/>
          <w:szCs w:val="24"/>
          <w:lang w:val="ru-RU"/>
        </w:rPr>
        <w:t xml:space="preserve"> на </w:t>
      </w:r>
      <w:proofErr w:type="spellStart"/>
      <w:r w:rsidRPr="00C16B44">
        <w:rPr>
          <w:sz w:val="24"/>
          <w:szCs w:val="24"/>
          <w:lang w:val="ru-RU"/>
        </w:rPr>
        <w:t>самостійне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вивчення</w:t>
      </w:r>
      <w:proofErr w:type="spellEnd"/>
      <w:r w:rsidRPr="00C16B44">
        <w:rPr>
          <w:sz w:val="24"/>
          <w:szCs w:val="24"/>
          <w:lang w:val="ru-RU"/>
        </w:rPr>
        <w:t xml:space="preserve">. 6 </w:t>
      </w:r>
      <w:proofErr w:type="spellStart"/>
      <w:r w:rsidRPr="00C16B44">
        <w:rPr>
          <w:sz w:val="24"/>
          <w:szCs w:val="24"/>
          <w:lang w:val="ru-RU"/>
        </w:rPr>
        <w:t>студентів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відповіли</w:t>
      </w:r>
      <w:proofErr w:type="spellEnd"/>
      <w:r w:rsidRPr="00C16B44">
        <w:rPr>
          <w:sz w:val="24"/>
          <w:szCs w:val="24"/>
          <w:lang w:val="ru-RU"/>
        </w:rPr>
        <w:t xml:space="preserve"> «</w:t>
      </w:r>
      <w:proofErr w:type="spellStart"/>
      <w:r w:rsidRPr="00C16B44">
        <w:rPr>
          <w:sz w:val="24"/>
          <w:szCs w:val="24"/>
          <w:lang w:val="ru-RU"/>
        </w:rPr>
        <w:t>Ні</w:t>
      </w:r>
      <w:proofErr w:type="spellEnd"/>
      <w:r w:rsidRPr="00C16B44">
        <w:rPr>
          <w:sz w:val="24"/>
          <w:szCs w:val="24"/>
          <w:lang w:val="ru-RU"/>
        </w:rPr>
        <w:t xml:space="preserve">», </w:t>
      </w:r>
      <w:proofErr w:type="spellStart"/>
      <w:r w:rsidRPr="00C16B44">
        <w:rPr>
          <w:sz w:val="24"/>
          <w:szCs w:val="24"/>
          <w:lang w:val="ru-RU"/>
        </w:rPr>
        <w:t>ще</w:t>
      </w:r>
      <w:proofErr w:type="spellEnd"/>
      <w:r w:rsidRPr="00C16B44">
        <w:rPr>
          <w:sz w:val="24"/>
          <w:szCs w:val="24"/>
          <w:lang w:val="ru-RU"/>
        </w:rPr>
        <w:t xml:space="preserve"> 1 </w:t>
      </w:r>
      <w:proofErr w:type="spellStart"/>
      <w:r w:rsidRPr="00C16B44">
        <w:rPr>
          <w:sz w:val="24"/>
          <w:szCs w:val="24"/>
          <w:lang w:val="ru-RU"/>
        </w:rPr>
        <w:t>зазначив</w:t>
      </w:r>
      <w:proofErr w:type="spellEnd"/>
      <w:r w:rsidRPr="00C16B44">
        <w:rPr>
          <w:sz w:val="24"/>
          <w:szCs w:val="24"/>
          <w:lang w:val="ru-RU"/>
        </w:rPr>
        <w:t xml:space="preserve">, </w:t>
      </w:r>
      <w:proofErr w:type="spellStart"/>
      <w:r w:rsidRPr="00C16B44">
        <w:rPr>
          <w:sz w:val="24"/>
          <w:szCs w:val="24"/>
          <w:lang w:val="ru-RU"/>
        </w:rPr>
        <w:t>що</w:t>
      </w:r>
      <w:proofErr w:type="spellEnd"/>
      <w:r w:rsidRPr="00C16B44">
        <w:rPr>
          <w:sz w:val="24"/>
          <w:szCs w:val="24"/>
          <w:lang w:val="ru-RU"/>
        </w:rPr>
        <w:t xml:space="preserve"> таких тем не </w:t>
      </w:r>
      <w:proofErr w:type="spellStart"/>
      <w:r w:rsidRPr="00C16B44">
        <w:rPr>
          <w:sz w:val="24"/>
          <w:szCs w:val="24"/>
          <w:lang w:val="ru-RU"/>
        </w:rPr>
        <w:t>було</w:t>
      </w:r>
      <w:proofErr w:type="spellEnd"/>
      <w:r w:rsidRPr="00C16B44">
        <w:rPr>
          <w:sz w:val="24"/>
          <w:szCs w:val="24"/>
          <w:lang w:val="ru-RU"/>
        </w:rPr>
        <w:t xml:space="preserve"> в </w:t>
      </w:r>
      <w:proofErr w:type="spellStart"/>
      <w:r w:rsidRPr="00C16B44">
        <w:rPr>
          <w:sz w:val="24"/>
          <w:szCs w:val="24"/>
          <w:lang w:val="ru-RU"/>
        </w:rPr>
        <w:t>програмі</w:t>
      </w:r>
      <w:proofErr w:type="spellEnd"/>
      <w:r w:rsidRPr="00C16B44">
        <w:rPr>
          <w:sz w:val="24"/>
          <w:szCs w:val="24"/>
          <w:lang w:val="ru-RU"/>
        </w:rPr>
        <w:t xml:space="preserve"> курсу.</w:t>
      </w: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6B44" w:rsidRDefault="00C16B44" w:rsidP="00C16B44">
      <w:pPr>
        <w:rPr>
          <w:b/>
          <w:bCs/>
          <w:lang w:val="uk-UA"/>
        </w:rPr>
      </w:pPr>
    </w:p>
    <w:p w:rsidR="00C10ED3" w:rsidRPr="00C16B44" w:rsidRDefault="00000000" w:rsidP="00C16B44">
      <w:pPr>
        <w:rPr>
          <w:b/>
          <w:bCs/>
        </w:rPr>
      </w:pPr>
      <w:proofErr w:type="spellStart"/>
      <w:r w:rsidRPr="00C16B44">
        <w:rPr>
          <w:b/>
          <w:bCs/>
        </w:rPr>
        <w:lastRenderedPageBreak/>
        <w:t>Академічна</w:t>
      </w:r>
      <w:proofErr w:type="spellEnd"/>
      <w:r w:rsidRPr="00C16B44">
        <w:rPr>
          <w:b/>
          <w:bCs/>
        </w:rPr>
        <w:t xml:space="preserve"> </w:t>
      </w:r>
      <w:proofErr w:type="spellStart"/>
      <w:r w:rsidRPr="00C16B44">
        <w:rPr>
          <w:b/>
          <w:bCs/>
        </w:rPr>
        <w:t>доброчесність</w:t>
      </w:r>
      <w:proofErr w:type="spellEnd"/>
    </w:p>
    <w:p w:rsidR="00C10ED3" w:rsidRDefault="00000000">
      <w:pPr>
        <w:jc w:val="center"/>
      </w:pPr>
      <w:r>
        <w:rPr>
          <w:noProof/>
        </w:rPr>
        <w:drawing>
          <wp:inline distT="0" distB="0" distL="0" distR="0">
            <wp:extent cx="5760000" cy="29732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недоброчесність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7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ED3" w:rsidRPr="00C16B44" w:rsidRDefault="00000000">
      <w:pPr>
        <w:rPr>
          <w:sz w:val="24"/>
          <w:szCs w:val="24"/>
          <w:lang w:val="ru-RU"/>
        </w:rPr>
      </w:pPr>
      <w:r w:rsidRPr="00C16B44">
        <w:rPr>
          <w:sz w:val="24"/>
          <w:szCs w:val="24"/>
          <w:lang w:val="ru-RU"/>
        </w:rPr>
        <w:t xml:space="preserve">У 118 анкетах (74.7%) </w:t>
      </w:r>
      <w:proofErr w:type="spellStart"/>
      <w:r w:rsidRPr="00C16B44">
        <w:rPr>
          <w:sz w:val="24"/>
          <w:szCs w:val="24"/>
          <w:lang w:val="ru-RU"/>
        </w:rPr>
        <w:t>зафіксовано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відповідь</w:t>
      </w:r>
      <w:proofErr w:type="spellEnd"/>
      <w:r w:rsidRPr="00C16B44">
        <w:rPr>
          <w:sz w:val="24"/>
          <w:szCs w:val="24"/>
          <w:lang w:val="ru-RU"/>
        </w:rPr>
        <w:t xml:space="preserve"> про </w:t>
      </w:r>
      <w:proofErr w:type="spellStart"/>
      <w:r w:rsidRPr="00C16B44">
        <w:rPr>
          <w:sz w:val="24"/>
          <w:szCs w:val="24"/>
          <w:lang w:val="ru-RU"/>
        </w:rPr>
        <w:t>зіткнення</w:t>
      </w:r>
      <w:proofErr w:type="spellEnd"/>
      <w:r w:rsidRPr="00C16B44">
        <w:rPr>
          <w:sz w:val="24"/>
          <w:szCs w:val="24"/>
          <w:lang w:val="ru-RU"/>
        </w:rPr>
        <w:t xml:space="preserve"> з </w:t>
      </w:r>
      <w:proofErr w:type="spellStart"/>
      <w:r w:rsidRPr="00C16B44">
        <w:rPr>
          <w:sz w:val="24"/>
          <w:szCs w:val="24"/>
          <w:lang w:val="ru-RU"/>
        </w:rPr>
        <w:t>проявами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академічної</w:t>
      </w:r>
      <w:proofErr w:type="spellEnd"/>
      <w:r w:rsidRPr="00C16B44">
        <w:rPr>
          <w:sz w:val="24"/>
          <w:szCs w:val="24"/>
          <w:lang w:val="ru-RU"/>
        </w:rPr>
        <w:t xml:space="preserve"> </w:t>
      </w:r>
      <w:proofErr w:type="spellStart"/>
      <w:r w:rsidRPr="00C16B44">
        <w:rPr>
          <w:sz w:val="24"/>
          <w:szCs w:val="24"/>
          <w:lang w:val="ru-RU"/>
        </w:rPr>
        <w:t>недоброчесності</w:t>
      </w:r>
      <w:proofErr w:type="spellEnd"/>
      <w:r w:rsidRPr="00C16B44">
        <w:rPr>
          <w:sz w:val="24"/>
          <w:szCs w:val="24"/>
          <w:lang w:val="ru-RU"/>
        </w:rPr>
        <w:t xml:space="preserve">; 40 </w:t>
      </w:r>
      <w:proofErr w:type="spellStart"/>
      <w:r w:rsidRPr="00C16B44">
        <w:rPr>
          <w:sz w:val="24"/>
          <w:szCs w:val="24"/>
          <w:lang w:val="ru-RU"/>
        </w:rPr>
        <w:t>респондентів</w:t>
      </w:r>
      <w:proofErr w:type="spellEnd"/>
      <w:r w:rsidRPr="00C16B44">
        <w:rPr>
          <w:sz w:val="24"/>
          <w:szCs w:val="24"/>
          <w:lang w:val="ru-RU"/>
        </w:rPr>
        <w:t xml:space="preserve"> (25.3%) таких </w:t>
      </w:r>
      <w:proofErr w:type="spellStart"/>
      <w:r w:rsidRPr="00C16B44">
        <w:rPr>
          <w:sz w:val="24"/>
          <w:szCs w:val="24"/>
          <w:lang w:val="ru-RU"/>
        </w:rPr>
        <w:t>проявів</w:t>
      </w:r>
      <w:proofErr w:type="spellEnd"/>
      <w:r w:rsidRPr="00C16B44">
        <w:rPr>
          <w:sz w:val="24"/>
          <w:szCs w:val="24"/>
          <w:lang w:val="ru-RU"/>
        </w:rPr>
        <w:t xml:space="preserve"> не </w:t>
      </w:r>
      <w:proofErr w:type="spellStart"/>
      <w:r w:rsidRPr="00C16B44">
        <w:rPr>
          <w:sz w:val="24"/>
          <w:szCs w:val="24"/>
          <w:lang w:val="ru-RU"/>
        </w:rPr>
        <w:t>відзначили</w:t>
      </w:r>
      <w:proofErr w:type="spellEnd"/>
      <w:r w:rsidRPr="00C16B44">
        <w:rPr>
          <w:sz w:val="24"/>
          <w:szCs w:val="24"/>
          <w:lang w:val="ru-RU"/>
        </w:rPr>
        <w:t xml:space="preserve">. </w:t>
      </w:r>
    </w:p>
    <w:p w:rsidR="00C10ED3" w:rsidRPr="001660CB" w:rsidRDefault="00C10ED3">
      <w:pPr>
        <w:jc w:val="center"/>
        <w:rPr>
          <w:lang w:val="uk-UA"/>
        </w:rPr>
      </w:pPr>
    </w:p>
    <w:p w:rsidR="00C10ED3" w:rsidRPr="009D54E8" w:rsidRDefault="00000000" w:rsidP="00BF3E45">
      <w:pPr>
        <w:pStyle w:val="a0"/>
        <w:numPr>
          <w:ilvl w:val="0"/>
          <w:numId w:val="0"/>
        </w:numPr>
        <w:ind w:firstLine="567"/>
        <w:jc w:val="both"/>
        <w:rPr>
          <w:lang w:val="ru-RU"/>
        </w:rPr>
      </w:pPr>
      <w:proofErr w:type="spellStart"/>
      <w:r w:rsidRPr="009D54E8">
        <w:rPr>
          <w:lang w:val="ru-RU"/>
        </w:rPr>
        <w:t>Результати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опитування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загалом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демонструють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високий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рівень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задоволеності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студентів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якістю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викладання</w:t>
      </w:r>
      <w:proofErr w:type="spellEnd"/>
      <w:r w:rsidRPr="009D54E8">
        <w:rPr>
          <w:lang w:val="ru-RU"/>
        </w:rPr>
        <w:t>.</w:t>
      </w:r>
    </w:p>
    <w:p w:rsidR="00C10ED3" w:rsidRPr="009D54E8" w:rsidRDefault="00000000" w:rsidP="00BF3E45">
      <w:pPr>
        <w:pStyle w:val="a0"/>
        <w:numPr>
          <w:ilvl w:val="0"/>
          <w:numId w:val="0"/>
        </w:numPr>
        <w:ind w:firstLine="567"/>
        <w:jc w:val="both"/>
        <w:rPr>
          <w:lang w:val="ru-RU"/>
        </w:rPr>
      </w:pPr>
      <w:proofErr w:type="spellStart"/>
      <w:r w:rsidRPr="009D54E8">
        <w:rPr>
          <w:lang w:val="ru-RU"/>
        </w:rPr>
        <w:t>Найсильніша</w:t>
      </w:r>
      <w:proofErr w:type="spellEnd"/>
      <w:r w:rsidRPr="009D54E8">
        <w:rPr>
          <w:lang w:val="ru-RU"/>
        </w:rPr>
        <w:t xml:space="preserve"> сторона </w:t>
      </w:r>
      <w:r w:rsidR="00BF3E45">
        <w:rPr>
          <w:lang w:val="ru-RU"/>
        </w:rPr>
        <w:t xml:space="preserve">- </w:t>
      </w:r>
      <w:proofErr w:type="spellStart"/>
      <w:r w:rsidRPr="009D54E8">
        <w:rPr>
          <w:lang w:val="ru-RU"/>
        </w:rPr>
        <w:t>професійне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володіння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викладачами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навчальним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матеріалом</w:t>
      </w:r>
      <w:proofErr w:type="spellEnd"/>
      <w:r w:rsidRPr="009D54E8">
        <w:rPr>
          <w:lang w:val="ru-RU"/>
        </w:rPr>
        <w:t xml:space="preserve">; </w:t>
      </w:r>
      <w:proofErr w:type="spellStart"/>
      <w:r w:rsidRPr="009D54E8">
        <w:rPr>
          <w:lang w:val="ru-RU"/>
        </w:rPr>
        <w:t>усі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респонденти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оцінили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цей</w:t>
      </w:r>
      <w:proofErr w:type="spellEnd"/>
      <w:r w:rsidRPr="009D54E8">
        <w:rPr>
          <w:lang w:val="ru-RU"/>
        </w:rPr>
        <w:t xml:space="preserve"> аспект на 4 </w:t>
      </w:r>
      <w:proofErr w:type="spellStart"/>
      <w:r w:rsidRPr="009D54E8">
        <w:rPr>
          <w:lang w:val="ru-RU"/>
        </w:rPr>
        <w:t>або</w:t>
      </w:r>
      <w:proofErr w:type="spellEnd"/>
      <w:r w:rsidRPr="009D54E8">
        <w:rPr>
          <w:lang w:val="ru-RU"/>
        </w:rPr>
        <w:t xml:space="preserve"> 5 </w:t>
      </w:r>
      <w:proofErr w:type="spellStart"/>
      <w:r w:rsidRPr="009D54E8">
        <w:rPr>
          <w:lang w:val="ru-RU"/>
        </w:rPr>
        <w:t>балів</w:t>
      </w:r>
      <w:proofErr w:type="spellEnd"/>
      <w:r w:rsidRPr="009D54E8">
        <w:rPr>
          <w:lang w:val="ru-RU"/>
        </w:rPr>
        <w:t>.</w:t>
      </w:r>
    </w:p>
    <w:p w:rsidR="00C10ED3" w:rsidRPr="009D54E8" w:rsidRDefault="00000000" w:rsidP="00BF3E45">
      <w:pPr>
        <w:pStyle w:val="a0"/>
        <w:numPr>
          <w:ilvl w:val="0"/>
          <w:numId w:val="0"/>
        </w:numPr>
        <w:ind w:firstLine="567"/>
        <w:jc w:val="both"/>
        <w:rPr>
          <w:lang w:val="ru-RU"/>
        </w:rPr>
      </w:pPr>
      <w:proofErr w:type="spellStart"/>
      <w:r w:rsidRPr="009D54E8">
        <w:rPr>
          <w:lang w:val="ru-RU"/>
        </w:rPr>
        <w:t>Доцільно</w:t>
      </w:r>
      <w:proofErr w:type="spellEnd"/>
      <w:r w:rsidRPr="009D54E8">
        <w:rPr>
          <w:lang w:val="ru-RU"/>
        </w:rPr>
        <w:t xml:space="preserve"> й </w:t>
      </w:r>
      <w:proofErr w:type="spellStart"/>
      <w:r w:rsidRPr="009D54E8">
        <w:rPr>
          <w:lang w:val="ru-RU"/>
        </w:rPr>
        <w:t>надалі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розвивати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сучасні</w:t>
      </w:r>
      <w:proofErr w:type="spellEnd"/>
      <w:r w:rsidRPr="009D54E8">
        <w:rPr>
          <w:lang w:val="ru-RU"/>
        </w:rPr>
        <w:t xml:space="preserve"> та </w:t>
      </w:r>
      <w:proofErr w:type="spellStart"/>
      <w:r w:rsidRPr="009D54E8">
        <w:rPr>
          <w:lang w:val="ru-RU"/>
        </w:rPr>
        <w:t>практикоорієнтовані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методи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викладання</w:t>
      </w:r>
      <w:proofErr w:type="spellEnd"/>
      <w:r w:rsidRPr="009D54E8">
        <w:rPr>
          <w:lang w:val="ru-RU"/>
        </w:rPr>
        <w:t xml:space="preserve">, </w:t>
      </w:r>
      <w:proofErr w:type="spellStart"/>
      <w:r w:rsidRPr="009D54E8">
        <w:rPr>
          <w:lang w:val="ru-RU"/>
        </w:rPr>
        <w:t>зокрема</w:t>
      </w:r>
      <w:proofErr w:type="spellEnd"/>
      <w:r w:rsidRPr="009D54E8">
        <w:rPr>
          <w:lang w:val="ru-RU"/>
        </w:rPr>
        <w:t xml:space="preserve"> через </w:t>
      </w:r>
      <w:proofErr w:type="spellStart"/>
      <w:r w:rsidRPr="009D54E8">
        <w:rPr>
          <w:lang w:val="ru-RU"/>
        </w:rPr>
        <w:t>приклади</w:t>
      </w:r>
      <w:proofErr w:type="spellEnd"/>
      <w:r w:rsidRPr="009D54E8">
        <w:rPr>
          <w:lang w:val="ru-RU"/>
        </w:rPr>
        <w:t xml:space="preserve"> з реального </w:t>
      </w:r>
      <w:proofErr w:type="spellStart"/>
      <w:r w:rsidRPr="009D54E8">
        <w:rPr>
          <w:lang w:val="ru-RU"/>
        </w:rPr>
        <w:t>бізнесу</w:t>
      </w:r>
      <w:proofErr w:type="spellEnd"/>
      <w:r w:rsidRPr="009D54E8">
        <w:rPr>
          <w:lang w:val="ru-RU"/>
        </w:rPr>
        <w:t xml:space="preserve">, </w:t>
      </w:r>
      <w:proofErr w:type="spellStart"/>
      <w:r w:rsidRPr="009D54E8">
        <w:rPr>
          <w:lang w:val="ru-RU"/>
        </w:rPr>
        <w:t>кейси</w:t>
      </w:r>
      <w:proofErr w:type="spellEnd"/>
      <w:r w:rsidRPr="009D54E8">
        <w:rPr>
          <w:lang w:val="ru-RU"/>
        </w:rPr>
        <w:t xml:space="preserve"> та </w:t>
      </w:r>
      <w:proofErr w:type="spellStart"/>
      <w:r w:rsidRPr="009D54E8">
        <w:rPr>
          <w:lang w:val="ru-RU"/>
        </w:rPr>
        <w:t>гостьові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лекції</w:t>
      </w:r>
      <w:proofErr w:type="spellEnd"/>
      <w:r w:rsidRPr="009D54E8">
        <w:rPr>
          <w:lang w:val="ru-RU"/>
        </w:rPr>
        <w:t>.</w:t>
      </w:r>
    </w:p>
    <w:p w:rsidR="00C10ED3" w:rsidRPr="009D54E8" w:rsidRDefault="00000000" w:rsidP="00BF3E45">
      <w:pPr>
        <w:pStyle w:val="a0"/>
        <w:numPr>
          <w:ilvl w:val="0"/>
          <w:numId w:val="0"/>
        </w:numPr>
        <w:ind w:firstLine="567"/>
        <w:jc w:val="both"/>
        <w:rPr>
          <w:lang w:val="ru-RU"/>
        </w:rPr>
      </w:pPr>
      <w:proofErr w:type="spellStart"/>
      <w:r w:rsidRPr="009D54E8">
        <w:rPr>
          <w:lang w:val="ru-RU"/>
        </w:rPr>
        <w:t>Серед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відкритих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пропозицій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студентів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зустрічалися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побажання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щодо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збільшення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кількості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практичних</w:t>
      </w:r>
      <w:proofErr w:type="spellEnd"/>
      <w:r w:rsidRPr="009D54E8">
        <w:rPr>
          <w:lang w:val="ru-RU"/>
        </w:rPr>
        <w:t xml:space="preserve"> занять, </w:t>
      </w:r>
      <w:proofErr w:type="spellStart"/>
      <w:r w:rsidRPr="009D54E8">
        <w:rPr>
          <w:lang w:val="ru-RU"/>
        </w:rPr>
        <w:t>залучення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представників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бізнесу</w:t>
      </w:r>
      <w:proofErr w:type="spellEnd"/>
      <w:r w:rsidRPr="009D54E8">
        <w:rPr>
          <w:lang w:val="ru-RU"/>
        </w:rPr>
        <w:t xml:space="preserve"> та </w:t>
      </w:r>
      <w:proofErr w:type="spellStart"/>
      <w:r w:rsidRPr="009D54E8">
        <w:rPr>
          <w:lang w:val="ru-RU"/>
        </w:rPr>
        <w:t>оптимізації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обсягу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самостійного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опрацювання</w:t>
      </w:r>
      <w:proofErr w:type="spellEnd"/>
      <w:r w:rsidRPr="009D54E8">
        <w:rPr>
          <w:lang w:val="ru-RU"/>
        </w:rPr>
        <w:t>.</w:t>
      </w:r>
    </w:p>
    <w:p w:rsidR="00C10ED3" w:rsidRPr="009D54E8" w:rsidRDefault="00000000" w:rsidP="00BF3E45">
      <w:pPr>
        <w:pStyle w:val="a0"/>
        <w:numPr>
          <w:ilvl w:val="0"/>
          <w:numId w:val="0"/>
        </w:numPr>
        <w:ind w:firstLine="567"/>
        <w:jc w:val="both"/>
        <w:rPr>
          <w:lang w:val="ru-RU"/>
        </w:rPr>
      </w:pPr>
      <w:proofErr w:type="spellStart"/>
      <w:r w:rsidRPr="009D54E8">
        <w:rPr>
          <w:lang w:val="ru-RU"/>
        </w:rPr>
        <w:t>Показник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академічної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доброчесності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потребує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окремої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уваги</w:t>
      </w:r>
      <w:proofErr w:type="spellEnd"/>
      <w:r w:rsidRPr="009D54E8">
        <w:rPr>
          <w:lang w:val="ru-RU"/>
        </w:rPr>
        <w:t xml:space="preserve">: </w:t>
      </w:r>
      <w:proofErr w:type="spellStart"/>
      <w:r w:rsidRPr="009D54E8">
        <w:rPr>
          <w:lang w:val="ru-RU"/>
        </w:rPr>
        <w:t>варто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деталізувати</w:t>
      </w:r>
      <w:proofErr w:type="spellEnd"/>
      <w:r w:rsidRPr="009D54E8">
        <w:rPr>
          <w:lang w:val="ru-RU"/>
        </w:rPr>
        <w:t xml:space="preserve"> характер </w:t>
      </w:r>
      <w:proofErr w:type="spellStart"/>
      <w:r w:rsidRPr="009D54E8">
        <w:rPr>
          <w:lang w:val="ru-RU"/>
        </w:rPr>
        <w:t>зазначених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випадків</w:t>
      </w:r>
      <w:proofErr w:type="spellEnd"/>
      <w:r w:rsidRPr="009D54E8">
        <w:rPr>
          <w:lang w:val="ru-RU"/>
        </w:rPr>
        <w:t xml:space="preserve"> і за потреби </w:t>
      </w:r>
      <w:proofErr w:type="spellStart"/>
      <w:r w:rsidRPr="009D54E8">
        <w:rPr>
          <w:lang w:val="ru-RU"/>
        </w:rPr>
        <w:t>посилити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профілактичні</w:t>
      </w:r>
      <w:proofErr w:type="spellEnd"/>
      <w:r w:rsidRPr="009D54E8">
        <w:rPr>
          <w:lang w:val="ru-RU"/>
        </w:rPr>
        <w:t xml:space="preserve"> заходи та </w:t>
      </w:r>
      <w:proofErr w:type="spellStart"/>
      <w:r w:rsidRPr="009D54E8">
        <w:rPr>
          <w:lang w:val="ru-RU"/>
        </w:rPr>
        <w:t>роз'яснення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щодо</w:t>
      </w:r>
      <w:proofErr w:type="spellEnd"/>
      <w:r w:rsidRPr="009D54E8">
        <w:rPr>
          <w:lang w:val="ru-RU"/>
        </w:rPr>
        <w:t xml:space="preserve"> правил </w:t>
      </w:r>
      <w:proofErr w:type="spellStart"/>
      <w:r w:rsidRPr="009D54E8">
        <w:rPr>
          <w:lang w:val="ru-RU"/>
        </w:rPr>
        <w:t>академічної</w:t>
      </w:r>
      <w:proofErr w:type="spellEnd"/>
      <w:r w:rsidRPr="009D54E8">
        <w:rPr>
          <w:lang w:val="ru-RU"/>
        </w:rPr>
        <w:t xml:space="preserve"> </w:t>
      </w:r>
      <w:proofErr w:type="spellStart"/>
      <w:r w:rsidRPr="009D54E8">
        <w:rPr>
          <w:lang w:val="ru-RU"/>
        </w:rPr>
        <w:t>доброчесності</w:t>
      </w:r>
      <w:proofErr w:type="spellEnd"/>
      <w:r w:rsidRPr="009D54E8">
        <w:rPr>
          <w:lang w:val="ru-RU"/>
        </w:rPr>
        <w:t>.</w:t>
      </w:r>
    </w:p>
    <w:sectPr w:rsidR="00C10ED3" w:rsidRPr="009D54E8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6E5" w:rsidRDefault="00C556E5">
      <w:pPr>
        <w:spacing w:after="0" w:line="240" w:lineRule="auto"/>
      </w:pPr>
      <w:r>
        <w:separator/>
      </w:r>
    </w:p>
  </w:endnote>
  <w:endnote w:type="continuationSeparator" w:id="0">
    <w:p w:rsidR="00C556E5" w:rsidRDefault="00C5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6E5" w:rsidRDefault="00C556E5">
      <w:pPr>
        <w:spacing w:after="0" w:line="240" w:lineRule="auto"/>
      </w:pPr>
      <w:r>
        <w:separator/>
      </w:r>
    </w:p>
  </w:footnote>
  <w:footnote w:type="continuationSeparator" w:id="0">
    <w:p w:rsidR="00C556E5" w:rsidRDefault="00C55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1640957">
    <w:abstractNumId w:val="8"/>
  </w:num>
  <w:num w:numId="2" w16cid:durableId="1562326215">
    <w:abstractNumId w:val="6"/>
  </w:num>
  <w:num w:numId="3" w16cid:durableId="1673726383">
    <w:abstractNumId w:val="5"/>
  </w:num>
  <w:num w:numId="4" w16cid:durableId="72049186">
    <w:abstractNumId w:val="4"/>
  </w:num>
  <w:num w:numId="5" w16cid:durableId="447313702">
    <w:abstractNumId w:val="7"/>
  </w:num>
  <w:num w:numId="6" w16cid:durableId="1912764941">
    <w:abstractNumId w:val="3"/>
  </w:num>
  <w:num w:numId="7" w16cid:durableId="1258949645">
    <w:abstractNumId w:val="2"/>
  </w:num>
  <w:num w:numId="8" w16cid:durableId="254828792">
    <w:abstractNumId w:val="1"/>
  </w:num>
  <w:num w:numId="9" w16cid:durableId="184053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60CB"/>
    <w:rsid w:val="0029639D"/>
    <w:rsid w:val="00326F90"/>
    <w:rsid w:val="00785D02"/>
    <w:rsid w:val="008738BC"/>
    <w:rsid w:val="00876449"/>
    <w:rsid w:val="009D54E8"/>
    <w:rsid w:val="00AA1D8D"/>
    <w:rsid w:val="00AC05D8"/>
    <w:rsid w:val="00B47730"/>
    <w:rsid w:val="00B83134"/>
    <w:rsid w:val="00BF3E45"/>
    <w:rsid w:val="00C10ED3"/>
    <w:rsid w:val="00C16B44"/>
    <w:rsid w:val="00C556E5"/>
    <w:rsid w:val="00CB0664"/>
    <w:rsid w:val="00E12B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6E6005F-D29B-6542-A5E1-DD9C7E0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16B44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6</cp:revision>
  <dcterms:created xsi:type="dcterms:W3CDTF">2026-09-07T17:12:00Z</dcterms:created>
  <dcterms:modified xsi:type="dcterms:W3CDTF">2026-09-10T09:47:00Z</dcterms:modified>
  <cp:category/>
</cp:coreProperties>
</file>