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0268" w:rsidRPr="00B643E8" w:rsidRDefault="007F0AC1" w:rsidP="00B643E8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>ЗВІТ</w:t>
      </w:r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 xml:space="preserve">за результатами </w:t>
      </w:r>
      <w:proofErr w:type="spellStart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опитування</w:t>
      </w:r>
      <w:proofErr w:type="spellEnd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випускників</w:t>
      </w:r>
      <w:proofErr w:type="spellEnd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 xml:space="preserve">ОП за </w:t>
      </w:r>
      <w:proofErr w:type="spellStart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спеціальністю</w:t>
      </w:r>
      <w:proofErr w:type="spellEnd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073 «Менеджмент»</w:t>
      </w:r>
    </w:p>
    <w:p w:rsidR="00C60268" w:rsidRPr="00B643E8" w:rsidRDefault="007F0AC1" w:rsidP="00B643E8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643E8">
        <w:rPr>
          <w:rFonts w:ascii="Times New Roman" w:hAnsi="Times New Roman" w:cs="Times New Roman"/>
          <w:b/>
          <w:sz w:val="24"/>
          <w:szCs w:val="24"/>
          <w:lang w:val="ru-RU"/>
        </w:rPr>
        <w:t>Кількість</w:t>
      </w:r>
      <w:proofErr w:type="spellEnd"/>
      <w:r w:rsidRPr="00B6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b/>
          <w:sz w:val="24"/>
          <w:szCs w:val="24"/>
          <w:lang w:val="ru-RU"/>
        </w:rPr>
        <w:t>респондентів</w:t>
      </w:r>
      <w:proofErr w:type="spellEnd"/>
      <w:r w:rsidRPr="00B643E8">
        <w:rPr>
          <w:rFonts w:ascii="Times New Roman" w:hAnsi="Times New Roman" w:cs="Times New Roman"/>
          <w:b/>
          <w:sz w:val="24"/>
          <w:szCs w:val="24"/>
          <w:lang w:val="ru-RU"/>
        </w:rPr>
        <w:t>: 5</w:t>
      </w:r>
      <w:r w:rsidRPr="00B643E8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proofErr w:type="spellStart"/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Дані</w:t>
      </w:r>
      <w:proofErr w:type="spellEnd"/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опитування</w:t>
      </w:r>
      <w:proofErr w:type="spellEnd"/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proofErr w:type="gramStart"/>
      <w:r w:rsidR="002124E6" w:rsidRPr="002124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весна </w:t>
      </w:r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2025</w:t>
      </w:r>
      <w:proofErr w:type="gramEnd"/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року</w:t>
      </w:r>
    </w:p>
    <w:p w:rsidR="00C60268" w:rsidRPr="00B643E8" w:rsidRDefault="00B643E8" w:rsidP="00B643E8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 </w:t>
      </w:r>
      <w:proofErr w:type="spellStart"/>
      <w:r w:rsidR="007F0AC1"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Загальна</w:t>
      </w:r>
      <w:proofErr w:type="spellEnd"/>
      <w:r w:rsidR="007F0AC1"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характеристика </w:t>
      </w:r>
      <w:proofErr w:type="spellStart"/>
      <w:r w:rsidR="007F0AC1"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респондентів</w:t>
      </w:r>
      <w:proofErr w:type="spellEnd"/>
    </w:p>
    <w:p w:rsidR="00B643E8" w:rsidRPr="00B643E8" w:rsidRDefault="00B643E8" w:rsidP="00B643E8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B643E8" w:rsidRPr="00B643E8" w:rsidRDefault="00B643E8" w:rsidP="00B643E8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643E8">
        <w:rPr>
          <w:rFonts w:ascii="Times New Roman" w:hAnsi="Times New Roman" w:cs="Times New Roman"/>
          <w:sz w:val="24"/>
          <w:szCs w:val="24"/>
          <w:lang w:val="uk-UA"/>
        </w:rPr>
        <w:t>Кількість респондентів</w:t>
      </w:r>
      <w:r w:rsidRPr="00B643E8">
        <w:rPr>
          <w:rFonts w:ascii="Times New Roman" w:hAnsi="Times New Roman" w:cs="Times New Roman"/>
          <w:sz w:val="24"/>
          <w:szCs w:val="24"/>
          <w:lang w:val="uk-UA"/>
        </w:rPr>
        <w:tab/>
        <w:t>5</w:t>
      </w:r>
    </w:p>
    <w:p w:rsidR="00B643E8" w:rsidRPr="00B643E8" w:rsidRDefault="00B643E8" w:rsidP="00B643E8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643E8">
        <w:rPr>
          <w:rFonts w:ascii="Times New Roman" w:hAnsi="Times New Roman" w:cs="Times New Roman"/>
          <w:sz w:val="24"/>
          <w:szCs w:val="24"/>
          <w:lang w:val="uk-UA"/>
        </w:rPr>
        <w:t>Рік завершення навчання</w:t>
      </w:r>
      <w:r w:rsidRPr="00B643E8">
        <w:rPr>
          <w:rFonts w:ascii="Times New Roman" w:hAnsi="Times New Roman" w:cs="Times New Roman"/>
          <w:sz w:val="24"/>
          <w:szCs w:val="24"/>
          <w:lang w:val="uk-UA"/>
        </w:rPr>
        <w:tab/>
        <w:t>2015, 2019, 2021, 2024 (двоє випускників)</w:t>
      </w:r>
    </w:p>
    <w:p w:rsidR="00B643E8" w:rsidRPr="00B643E8" w:rsidRDefault="00B643E8" w:rsidP="00B643E8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643E8">
        <w:rPr>
          <w:rFonts w:ascii="Times New Roman" w:hAnsi="Times New Roman" w:cs="Times New Roman"/>
          <w:sz w:val="24"/>
          <w:szCs w:val="24"/>
          <w:lang w:val="uk-UA"/>
        </w:rPr>
        <w:t>Спеціальність</w:t>
      </w:r>
      <w:r w:rsidRPr="00B643E8">
        <w:rPr>
          <w:rFonts w:ascii="Times New Roman" w:hAnsi="Times New Roman" w:cs="Times New Roman"/>
          <w:sz w:val="24"/>
          <w:szCs w:val="24"/>
          <w:lang w:val="uk-UA"/>
        </w:rPr>
        <w:tab/>
        <w:t>073 «Менеджмент» — 100%</w:t>
      </w:r>
    </w:p>
    <w:p w:rsidR="00B643E8" w:rsidRPr="00B643E8" w:rsidRDefault="00B643E8" w:rsidP="00B643E8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643E8">
        <w:rPr>
          <w:rFonts w:ascii="Times New Roman" w:hAnsi="Times New Roman" w:cs="Times New Roman"/>
          <w:sz w:val="24"/>
          <w:szCs w:val="24"/>
          <w:lang w:val="uk-UA"/>
        </w:rPr>
        <w:t>Рівень освіти</w:t>
      </w:r>
      <w:r w:rsidRPr="00B643E8">
        <w:rPr>
          <w:rFonts w:ascii="Times New Roman" w:hAnsi="Times New Roman" w:cs="Times New Roman"/>
          <w:sz w:val="24"/>
          <w:szCs w:val="24"/>
          <w:lang w:val="uk-UA"/>
        </w:rPr>
        <w:tab/>
        <w:t>Доктор філософії — 100%</w:t>
      </w:r>
    </w:p>
    <w:p w:rsidR="00B643E8" w:rsidRPr="00B643E8" w:rsidRDefault="00B643E8" w:rsidP="00B643E8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643E8">
        <w:rPr>
          <w:rFonts w:ascii="Times New Roman" w:hAnsi="Times New Roman" w:cs="Times New Roman"/>
          <w:sz w:val="24"/>
          <w:szCs w:val="24"/>
          <w:lang w:val="uk-UA"/>
        </w:rPr>
        <w:t>Працюють за спеціальністю</w:t>
      </w:r>
      <w:r w:rsidRPr="00B643E8">
        <w:rPr>
          <w:rFonts w:ascii="Times New Roman" w:hAnsi="Times New Roman" w:cs="Times New Roman"/>
          <w:sz w:val="24"/>
          <w:szCs w:val="24"/>
          <w:lang w:val="uk-UA"/>
        </w:rPr>
        <w:tab/>
        <w:t>5 із 5 — 100%</w:t>
      </w:r>
    </w:p>
    <w:p w:rsidR="00B643E8" w:rsidRPr="00B643E8" w:rsidRDefault="00B643E8" w:rsidP="00B643E8">
      <w:pPr>
        <w:rPr>
          <w:lang w:val="uk-UA"/>
        </w:rPr>
      </w:pPr>
    </w:p>
    <w:p w:rsidR="00C60268" w:rsidRPr="00B643E8" w:rsidRDefault="00B643E8" w:rsidP="00B643E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643E8">
        <w:rPr>
          <w:rFonts w:ascii="Times New Roman" w:hAnsi="Times New Roman" w:cs="Times New Roman"/>
          <w:b/>
          <w:bCs/>
          <w:sz w:val="24"/>
          <w:szCs w:val="24"/>
          <w:lang w:val="uk-UA"/>
        </w:rPr>
        <w:t>2 Працевлаштування за спеціальністю</w:t>
      </w:r>
    </w:p>
    <w:p w:rsidR="00C60268" w:rsidRPr="00B643E8" w:rsidRDefault="00B643E8" w:rsidP="00B643E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F0AC1" w:rsidRPr="00B643E8">
        <w:rPr>
          <w:rFonts w:ascii="Times New Roman" w:hAnsi="Times New Roman" w:cs="Times New Roman"/>
          <w:sz w:val="24"/>
          <w:szCs w:val="24"/>
          <w:lang w:val="ru-RU"/>
        </w:rPr>
        <w:t>сі</w:t>
      </w:r>
      <w:proofErr w:type="spellEnd"/>
      <w:r w:rsidR="007F0AC1"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F0AC1" w:rsidRPr="00B643E8">
        <w:rPr>
          <w:rFonts w:ascii="Times New Roman" w:hAnsi="Times New Roman" w:cs="Times New Roman"/>
          <w:sz w:val="24"/>
          <w:szCs w:val="24"/>
          <w:lang w:val="ru-RU"/>
        </w:rPr>
        <w:t>опитані</w:t>
      </w:r>
      <w:proofErr w:type="spellEnd"/>
      <w:r w:rsidR="007F0AC1"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F0AC1" w:rsidRPr="00B643E8">
        <w:rPr>
          <w:rFonts w:ascii="Times New Roman" w:hAnsi="Times New Roman" w:cs="Times New Roman"/>
          <w:sz w:val="24"/>
          <w:szCs w:val="24"/>
          <w:lang w:val="ru-RU"/>
        </w:rPr>
        <w:t>випускники</w:t>
      </w:r>
      <w:proofErr w:type="spellEnd"/>
      <w:r w:rsidR="007F0AC1"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F0AC1" w:rsidRPr="00B643E8">
        <w:rPr>
          <w:rFonts w:ascii="Times New Roman" w:hAnsi="Times New Roman" w:cs="Times New Roman"/>
          <w:sz w:val="24"/>
          <w:szCs w:val="24"/>
          <w:lang w:val="ru-RU"/>
        </w:rPr>
        <w:t>працюють</w:t>
      </w:r>
      <w:proofErr w:type="spellEnd"/>
      <w:r w:rsidR="007F0AC1"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7F0AC1" w:rsidRPr="00B643E8">
        <w:rPr>
          <w:rFonts w:ascii="Times New Roman" w:hAnsi="Times New Roman" w:cs="Times New Roman"/>
          <w:sz w:val="24"/>
          <w:szCs w:val="24"/>
          <w:lang w:val="ru-RU"/>
        </w:rPr>
        <w:t>спеціальністю</w:t>
      </w:r>
      <w:proofErr w:type="spellEnd"/>
      <w:r w:rsidR="007F0AC1"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60268" w:rsidRPr="00B643E8" w:rsidRDefault="007F0AC1" w:rsidP="00B643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43E8">
        <w:rPr>
          <w:rFonts w:ascii="Times New Roman" w:hAnsi="Times New Roman" w:cs="Times New Roman"/>
          <w:b/>
          <w:bCs/>
          <w:sz w:val="24"/>
          <w:szCs w:val="24"/>
        </w:rPr>
        <w:t>2. Оцінка якості освітньої програми</w:t>
      </w:r>
    </w:p>
    <w:p w:rsidR="00C60268" w:rsidRPr="00B643E8" w:rsidRDefault="007F0AC1" w:rsidP="00B643E8">
      <w:pPr>
        <w:jc w:val="both"/>
        <w:rPr>
          <w:rFonts w:ascii="Times New Roman" w:hAnsi="Times New Roman" w:cs="Times New Roman"/>
          <w:sz w:val="24"/>
          <w:szCs w:val="24"/>
        </w:rPr>
      </w:pPr>
      <w:r w:rsidRPr="00B643E8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6126480" cy="352445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середні_оцінки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52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68" w:rsidRPr="00B643E8" w:rsidRDefault="007F0AC1" w:rsidP="00B6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Знання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уміння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: 4.2/5.</w:t>
      </w:r>
    </w:p>
    <w:p w:rsidR="00C60268" w:rsidRPr="00B643E8" w:rsidRDefault="007F0AC1" w:rsidP="00B6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Сучасність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практичність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: 4.6/5.</w:t>
      </w:r>
    </w:p>
    <w:p w:rsidR="00C60268" w:rsidRPr="00B643E8" w:rsidRDefault="007F0AC1" w:rsidP="00B6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Практична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підготовка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: 4.4/5.</w:t>
      </w:r>
    </w:p>
    <w:p w:rsidR="00C60268" w:rsidRPr="00B643E8" w:rsidRDefault="007F0AC1" w:rsidP="00B6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Сучасні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методи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: 4.8/5.</w:t>
      </w:r>
    </w:p>
    <w:p w:rsidR="00C60268" w:rsidRDefault="007F0AC1" w:rsidP="00B6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Загальна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оцінка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ОП: 4.8/5</w:t>
      </w:r>
    </w:p>
    <w:p w:rsidR="00B643E8" w:rsidRPr="00B643E8" w:rsidRDefault="00B643E8" w:rsidP="00B6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0268" w:rsidRPr="002124E6" w:rsidRDefault="007F0AC1" w:rsidP="00B643E8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proofErr w:type="spellStart"/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>Організація</w:t>
      </w:r>
      <w:proofErr w:type="spellEnd"/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освітнього</w:t>
      </w:r>
      <w:proofErr w:type="spellEnd"/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24E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процесу</w:t>
      </w:r>
      <w:proofErr w:type="spellEnd"/>
    </w:p>
    <w:p w:rsidR="00C60268" w:rsidRPr="00B643E8" w:rsidRDefault="007F0AC1" w:rsidP="00B643E8">
      <w:pPr>
        <w:jc w:val="both"/>
        <w:rPr>
          <w:rFonts w:ascii="Times New Roman" w:hAnsi="Times New Roman" w:cs="Times New Roman"/>
          <w:sz w:val="24"/>
          <w:szCs w:val="24"/>
        </w:rPr>
      </w:pPr>
      <w:r w:rsidRPr="00B643E8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5577840" cy="319131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вільний_вибір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19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68" w:rsidRPr="00B643E8" w:rsidRDefault="007F0AC1" w:rsidP="00B643E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4 з 5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респондентів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(80%)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зазначили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задоволені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механізмом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вільного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вибору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дисциплін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. Один респондент не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надав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відповіді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Отже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механізм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вибірковості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сприймається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переважно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позитивно,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але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доцільно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надалі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контролювати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зрозумілість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доступність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здобувачів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0268" w:rsidRPr="00B643E8" w:rsidRDefault="007F0AC1" w:rsidP="00B643E8">
      <w:pPr>
        <w:jc w:val="both"/>
        <w:rPr>
          <w:rFonts w:ascii="Times New Roman" w:hAnsi="Times New Roman" w:cs="Times New Roman"/>
          <w:sz w:val="24"/>
          <w:szCs w:val="24"/>
        </w:rPr>
      </w:pPr>
      <w:r w:rsidRPr="00B643E8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5577840" cy="319480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електронні_ресурси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19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68" w:rsidRPr="00B643E8" w:rsidRDefault="007F0AC1" w:rsidP="00B643E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4 з 5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респондентів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(80%)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підтвердили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вільний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доступ до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електронних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інформаційних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ресурсів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. Один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випускник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зазначив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потреби у такому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доступі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не мав.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Негативних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оцінок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доступності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зафіксовано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0268" w:rsidRPr="00B643E8" w:rsidRDefault="007F0AC1" w:rsidP="00B643E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4. </w:t>
      </w:r>
      <w:proofErr w:type="spellStart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>Урахування</w:t>
      </w:r>
      <w:proofErr w:type="spellEnd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пропозицій</w:t>
      </w:r>
      <w:proofErr w:type="spellEnd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та </w:t>
      </w:r>
      <w:proofErr w:type="spellStart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академічна</w:t>
      </w:r>
      <w:proofErr w:type="spellEnd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доброчесність</w:t>
      </w:r>
      <w:proofErr w:type="spellEnd"/>
    </w:p>
    <w:p w:rsidR="00C60268" w:rsidRPr="00B9037F" w:rsidRDefault="007F0AC1" w:rsidP="00B643E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80%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респондентів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(4 особи)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зазначили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«Не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пропозицій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вдосконалення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ОП; 1 респондент (20%)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підтвердив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пропозиції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були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враховані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Єдиний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конкретизований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коментар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стосувався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узгодження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процесів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аргументованого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покращення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0268" w:rsidRPr="00B643E8" w:rsidRDefault="007F0AC1" w:rsidP="00B643E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Усі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5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респондентів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(100%)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повідомили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стикалися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проявами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академічної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недоброчесності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позитивний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сприйняття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академічної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культури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доброчесності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0268" w:rsidRPr="00B9037F" w:rsidRDefault="007F0AC1" w:rsidP="00B9037F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037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</w:t>
      </w:r>
      <w:proofErr w:type="spellStart"/>
      <w:r w:rsidRPr="00B9037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Відповідність</w:t>
      </w:r>
      <w:proofErr w:type="spellEnd"/>
      <w:r w:rsidRPr="00B9037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ОП ринку </w:t>
      </w:r>
      <w:proofErr w:type="spellStart"/>
      <w:r w:rsidRPr="00B9037F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праці</w:t>
      </w:r>
      <w:proofErr w:type="spellEnd"/>
      <w:r w:rsidRPr="00B9037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та </w:t>
      </w:r>
      <w:proofErr w:type="spellStart"/>
      <w:r w:rsidRPr="00B9037F">
        <w:rPr>
          <w:rFonts w:ascii="Times New Roman" w:hAnsi="Times New Roman" w:cs="Times New Roman"/>
          <w:b/>
          <w:bCs/>
          <w:sz w:val="24"/>
          <w:szCs w:val="24"/>
          <w:lang w:val="ru-RU"/>
        </w:rPr>
        <w:t>її</w:t>
      </w:r>
      <w:proofErr w:type="spellEnd"/>
      <w:r w:rsidRPr="00B9037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B9037F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унікальність</w:t>
      </w:r>
      <w:proofErr w:type="spellEnd"/>
    </w:p>
    <w:p w:rsidR="00C60268" w:rsidRPr="00B643E8" w:rsidRDefault="007F0AC1" w:rsidP="00B643E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відкритих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відповідях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випускники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переважно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позитивно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характеризують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актуальність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: «Актуальна», «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Повністю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», «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Задовільняє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ринок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», «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Враховує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повністю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Окремо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відзначено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сучасність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наукову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складову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інноваційні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технології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можливість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опрацювання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менеджменту на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прикладі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енергетичних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підприємств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0268" w:rsidRPr="00B643E8" w:rsidRDefault="007F0AC1" w:rsidP="00B643E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Отже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ключовими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елементами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унікальності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респонденти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вважають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сучасність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змісту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практичну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орієнтацію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галузевий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контекст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енергетики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наукову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643E8">
        <w:rPr>
          <w:rFonts w:ascii="Times New Roman" w:hAnsi="Times New Roman" w:cs="Times New Roman"/>
          <w:sz w:val="24"/>
          <w:szCs w:val="24"/>
          <w:lang w:val="ru-RU"/>
        </w:rPr>
        <w:t>складову</w:t>
      </w:r>
      <w:proofErr w:type="spellEnd"/>
      <w:r w:rsidRPr="00B6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sectPr w:rsidR="00C60268" w:rsidRPr="00B643E8" w:rsidSect="00034616">
      <w:footerReference w:type="default" r:id="rId11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308D" w:rsidRDefault="001A308D">
      <w:pPr>
        <w:spacing w:after="0" w:line="240" w:lineRule="auto"/>
      </w:pPr>
      <w:r>
        <w:separator/>
      </w:r>
    </w:p>
  </w:endnote>
  <w:endnote w:type="continuationSeparator" w:id="0">
    <w:p w:rsidR="001A308D" w:rsidRDefault="001A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268" w:rsidRPr="00B717A6" w:rsidRDefault="00C60268">
    <w:pPr>
      <w:pStyle w:val="a7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308D" w:rsidRDefault="001A308D">
      <w:pPr>
        <w:spacing w:after="0" w:line="240" w:lineRule="auto"/>
      </w:pPr>
      <w:r>
        <w:separator/>
      </w:r>
    </w:p>
  </w:footnote>
  <w:footnote w:type="continuationSeparator" w:id="0">
    <w:p w:rsidR="001A308D" w:rsidRDefault="001A3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27B06"/>
    <w:multiLevelType w:val="hybridMultilevel"/>
    <w:tmpl w:val="D3CA6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042116">
    <w:abstractNumId w:val="8"/>
  </w:num>
  <w:num w:numId="2" w16cid:durableId="199319487">
    <w:abstractNumId w:val="6"/>
  </w:num>
  <w:num w:numId="3" w16cid:durableId="2057584752">
    <w:abstractNumId w:val="5"/>
  </w:num>
  <w:num w:numId="4" w16cid:durableId="382682275">
    <w:abstractNumId w:val="4"/>
  </w:num>
  <w:num w:numId="5" w16cid:durableId="1476797315">
    <w:abstractNumId w:val="7"/>
  </w:num>
  <w:num w:numId="6" w16cid:durableId="2043751460">
    <w:abstractNumId w:val="3"/>
  </w:num>
  <w:num w:numId="7" w16cid:durableId="887455093">
    <w:abstractNumId w:val="2"/>
  </w:num>
  <w:num w:numId="8" w16cid:durableId="904604208">
    <w:abstractNumId w:val="1"/>
  </w:num>
  <w:num w:numId="9" w16cid:durableId="5643316">
    <w:abstractNumId w:val="0"/>
  </w:num>
  <w:num w:numId="10" w16cid:durableId="15401681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704D"/>
    <w:rsid w:val="001A308D"/>
    <w:rsid w:val="002124E6"/>
    <w:rsid w:val="0029639D"/>
    <w:rsid w:val="00326F90"/>
    <w:rsid w:val="007F0AC1"/>
    <w:rsid w:val="00AA1D8D"/>
    <w:rsid w:val="00B10D06"/>
    <w:rsid w:val="00B47730"/>
    <w:rsid w:val="00B643E8"/>
    <w:rsid w:val="00B717A6"/>
    <w:rsid w:val="00B83134"/>
    <w:rsid w:val="00B9037F"/>
    <w:rsid w:val="00C60268"/>
    <w:rsid w:val="00CB0664"/>
    <w:rsid w:val="00E965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BCC0E"/>
  <w14:defaultImageDpi w14:val="300"/>
  <w15:docId w15:val="{1496CC41-5527-401E-9347-C34B6F9D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6AA441-E5BB-4233-B0FB-94D10B7E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Taraevska Olesia</cp:lastModifiedBy>
  <cp:revision>5</cp:revision>
  <dcterms:created xsi:type="dcterms:W3CDTF">2013-12-23T23:15:00Z</dcterms:created>
  <dcterms:modified xsi:type="dcterms:W3CDTF">2026-09-10T09:51:00Z</dcterms:modified>
  <cp:category/>
</cp:coreProperties>
</file>